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- CƯƠNG ÔN KIỂM TRA GIỮA HỌC KÌ I - MÔN TOÁN 11</w:t>
      </w:r>
    </w:p>
    <w:p>
      <w:pPr>
        <w:jc w:val="center"/>
      </w:pPr>
      <w:r>
        <w:rPr>
          <w:sz w:val="22"/>
        </w:rPr>
        <w:t>Số câu: 17    Thời gian: _____ phút    Họ và tên: _________________________</w:t>
      </w:r>
    </w:p>
    <w:p/>
    <w:p>
      <w:r>
        <w:rPr>
          <w:b/>
          <w:sz w:val="24"/>
        </w:rPr>
        <w:t>Câu 1: Cho góc $\alpha$ thỏa mãn $\frac{3\pi}{2} &lt; \alpha &lt; 2\pi$. Khẳng định nào sau đây đúng?</w:t>
      </w:r>
    </w:p>
    <w:p>
      <w:pPr>
        <w:pStyle w:val="ListParagraph"/>
      </w:pPr>
      <w:r>
        <w:rPr>
          <w:sz w:val="22"/>
        </w:rPr>
        <w:t>A. $\sin\alpha &gt; 0$</w:t>
      </w:r>
    </w:p>
    <w:p>
      <w:pPr>
        <w:pStyle w:val="ListParagraph"/>
      </w:pPr>
      <w:r>
        <w:rPr>
          <w:sz w:val="22"/>
        </w:rPr>
        <w:t>B. $\cos\alpha &gt; 0$</w:t>
      </w:r>
    </w:p>
    <w:p>
      <w:pPr>
        <w:pStyle w:val="ListParagraph"/>
      </w:pPr>
      <w:r>
        <w:rPr>
          <w:sz w:val="22"/>
        </w:rPr>
        <w:t>C. $\tan\alpha &gt; 0$</w:t>
      </w:r>
    </w:p>
    <w:p>
      <w:pPr>
        <w:pStyle w:val="ListParagraph"/>
      </w:pPr>
      <w:r>
        <w:rPr>
          <w:sz w:val="22"/>
        </w:rPr>
        <w:t>D. $\cot\alpha &lt; 0$</w:t>
      </w:r>
    </w:p>
    <w:p/>
    <w:p>
      <w:r>
        <w:rPr>
          <w:b/>
          <w:sz w:val="24"/>
        </w:rPr>
        <w:t>Câu 2: Giá trị của $\cos\frac{\pi}{2}$ là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-1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3: Tập xác định của hàm số $y = \cot x$ là</w:t>
      </w:r>
    </w:p>
    <w:p>
      <w:pPr>
        <w:pStyle w:val="ListParagraph"/>
      </w:pPr>
      <w:r>
        <w:rPr>
          <w:sz w:val="22"/>
        </w:rPr>
        <w:t>A. $D = \mathbb{R} \setminus \{k\pi \mid k \in \mathbb{Z}\}$</w:t>
      </w:r>
    </w:p>
    <w:p>
      <w:pPr>
        <w:pStyle w:val="ListParagraph"/>
      </w:pPr>
      <w:r>
        <w:rPr>
          <w:sz w:val="22"/>
        </w:rPr>
        <w:t>B. $D = \mathbb{R} \setminus \left\{\frac{\pi}{2} + k\pi \mid k \in \mathbb{Z}\right\}$</w:t>
      </w:r>
    </w:p>
    <w:p>
      <w:pPr>
        <w:pStyle w:val="ListParagraph"/>
      </w:pPr>
      <w:r>
        <w:rPr>
          <w:sz w:val="22"/>
        </w:rPr>
        <w:t>C. $D = [-1;1]$</w:t>
      </w:r>
    </w:p>
    <w:p>
      <w:pPr>
        <w:pStyle w:val="ListParagraph"/>
      </w:pPr>
      <w:r>
        <w:rPr>
          <w:sz w:val="22"/>
        </w:rPr>
        <w:t>D. $D = \mathbb{R}$</w:t>
      </w:r>
    </w:p>
    <w:p/>
    <w:p>
      <w:r>
        <w:rPr>
          <w:b/>
          <w:sz w:val="24"/>
        </w:rPr>
        <w:t>Câu 4: Trong các hàm số sau, hàm số nào là hàm số lẻ?</w:t>
      </w:r>
    </w:p>
    <w:p>
      <w:pPr>
        <w:pStyle w:val="ListParagraph"/>
      </w:pPr>
      <w:r>
        <w:rPr>
          <w:sz w:val="22"/>
        </w:rPr>
        <w:t>A. $y = \cos x$</w:t>
      </w:r>
    </w:p>
    <w:p>
      <w:pPr>
        <w:pStyle w:val="ListParagraph"/>
      </w:pPr>
      <w:r>
        <w:rPr>
          <w:sz w:val="22"/>
        </w:rPr>
        <w:t>B. $y = \sin x$</w:t>
      </w:r>
    </w:p>
    <w:p>
      <w:pPr>
        <w:pStyle w:val="ListParagraph"/>
      </w:pPr>
      <w:r>
        <w:rPr>
          <w:sz w:val="22"/>
        </w:rPr>
        <w:t>C. $y = \cos x + 1$</w:t>
      </w:r>
    </w:p>
    <w:p>
      <w:pPr>
        <w:pStyle w:val="ListParagraph"/>
      </w:pPr>
      <w:r>
        <w:rPr>
          <w:sz w:val="22"/>
        </w:rPr>
        <w:t>D. $y = x^2$</w:t>
      </w:r>
    </w:p>
    <w:p/>
    <w:p>
      <w:r>
        <w:rPr>
          <w:b/>
          <w:sz w:val="24"/>
        </w:rPr>
        <w:t>Câu 5: Cho dãy số $(u_n)$, biết $u_n = \frac{3n}{n+1}$. Giá trị của $u_2$ bằng</w:t>
      </w:r>
    </w:p>
    <w:p>
      <w:pPr>
        <w:pStyle w:val="ListParagraph"/>
      </w:pPr>
      <w:r>
        <w:rPr>
          <w:sz w:val="22"/>
        </w:rPr>
        <w:t>A. $\frac{1}{3}$</w:t>
      </w:r>
    </w:p>
    <w:p>
      <w:pPr>
        <w:pStyle w:val="ListParagraph"/>
      </w:pPr>
      <w:r>
        <w:rPr>
          <w:sz w:val="22"/>
        </w:rPr>
        <w:t>B. $\frac{2}{9}$</w:t>
      </w:r>
    </w:p>
    <w:p>
      <w:pPr>
        <w:pStyle w:val="ListParagraph"/>
      </w:pPr>
      <w:r>
        <w:rPr>
          <w:sz w:val="22"/>
        </w:rPr>
        <w:t>C. $\frac{1}{2}$</w:t>
      </w:r>
    </w:p>
    <w:p>
      <w:pPr>
        <w:pStyle w:val="ListParagraph"/>
      </w:pPr>
      <w:r>
        <w:rPr>
          <w:sz w:val="22"/>
        </w:rPr>
        <w:t>D. $\frac{4}{27}$</w:t>
      </w:r>
    </w:p>
    <w:p/>
    <w:p>
      <w:r>
        <w:rPr>
          <w:b/>
          <w:sz w:val="24"/>
        </w:rPr>
        <w:t>Câu 6: Cho dãy số $(u_n)$ biết $u_n = \frac{2n}{n+2}$. Ba số hạng đầu tiên của dãy số lần lượt là:</w:t>
      </w:r>
    </w:p>
    <w:p>
      <w:pPr>
        <w:pStyle w:val="ListParagraph"/>
      </w:pPr>
      <w:r>
        <w:rPr>
          <w:sz w:val="22"/>
        </w:rPr>
        <w:t>A. $\frac{1}{3}; \frac{1}{2}; \frac{3}{5}$</w:t>
      </w:r>
    </w:p>
    <w:p>
      <w:pPr>
        <w:pStyle w:val="ListParagraph"/>
      </w:pPr>
      <w:r>
        <w:rPr>
          <w:sz w:val="22"/>
        </w:rPr>
        <w:t>B. $\frac{1}{2}; \frac{2}{3}; \frac{3}{4}$</w:t>
      </w:r>
    </w:p>
    <w:p>
      <w:pPr>
        <w:pStyle w:val="ListParagraph"/>
      </w:pPr>
      <w:r>
        <w:rPr>
          <w:sz w:val="22"/>
        </w:rPr>
        <w:t>C. $\frac{1}{3}; \frac{1}{4}; \frac{1}{5}$</w:t>
      </w:r>
    </w:p>
    <w:p>
      <w:pPr>
        <w:pStyle w:val="ListParagraph"/>
      </w:pPr>
      <w:r>
        <w:rPr>
          <w:sz w:val="22"/>
        </w:rPr>
        <w:t>D. $\frac{1}{1}; \frac{1}{2}; \frac{1}{3}$</w:t>
      </w:r>
    </w:p>
    <w:p/>
    <w:p>
      <w:r>
        <w:rPr>
          <w:b/>
          <w:sz w:val="24"/>
        </w:rPr>
        <w:t>Câu 7: Cho dãy số có các số hạng đầu là: $2; 5; 8; 11; 14; \ldots$. Công thức tổng quát của dãy số này là:</w:t>
      </w:r>
    </w:p>
    <w:p>
      <w:pPr>
        <w:pStyle w:val="ListParagraph"/>
      </w:pPr>
      <w:r>
        <w:rPr>
          <w:sz w:val="22"/>
        </w:rPr>
        <w:t>A. $u_n = 3n - 1$</w:t>
      </w:r>
    </w:p>
    <w:p>
      <w:pPr>
        <w:pStyle w:val="ListParagraph"/>
      </w:pPr>
      <w:r>
        <w:rPr>
          <w:sz w:val="22"/>
        </w:rPr>
        <w:t>B. $u_n = 2n + 1$</w:t>
      </w:r>
    </w:p>
    <w:p>
      <w:pPr>
        <w:pStyle w:val="ListParagraph"/>
      </w:pPr>
      <w:r>
        <w:rPr>
          <w:sz w:val="22"/>
        </w:rPr>
        <w:t>C. $u_n = 3 + n$</w:t>
      </w:r>
    </w:p>
    <w:p>
      <w:pPr>
        <w:pStyle w:val="ListParagraph"/>
      </w:pPr>
      <w:r>
        <w:rPr>
          <w:sz w:val="22"/>
        </w:rPr>
        <w:t>D. $u_n = 3n + 1$</w:t>
      </w:r>
    </w:p>
    <w:p/>
    <w:p>
      <w:r>
        <w:rPr>
          <w:b/>
          <w:sz w:val="24"/>
        </w:rPr>
        <w:t>Câu 8: Dãy số nào dưới đây là một cấp số cộng?</w:t>
      </w:r>
    </w:p>
    <w:p>
      <w:pPr>
        <w:pStyle w:val="ListParagraph"/>
      </w:pPr>
      <w:r>
        <w:rPr>
          <w:sz w:val="22"/>
        </w:rPr>
        <w:t>A. $1; 3; 6; 10; 15$</w:t>
      </w:r>
    </w:p>
    <w:p>
      <w:pPr>
        <w:pStyle w:val="ListParagraph"/>
      </w:pPr>
      <w:r>
        <w:rPr>
          <w:sz w:val="22"/>
        </w:rPr>
        <w:t>B. $2; 4; 6; 8; 10$</w:t>
      </w:r>
    </w:p>
    <w:p>
      <w:pPr>
        <w:pStyle w:val="ListParagraph"/>
      </w:pPr>
      <w:r>
        <w:rPr>
          <w:sz w:val="22"/>
        </w:rPr>
        <w:t>C. $1; -1; 1; -1; 1$</w:t>
      </w:r>
    </w:p>
    <w:p>
      <w:pPr>
        <w:pStyle w:val="ListParagraph"/>
      </w:pPr>
      <w:r>
        <w:rPr>
          <w:sz w:val="22"/>
        </w:rPr>
        <w:t>D. $2; 4; 8; 16; 32$</w:t>
      </w:r>
    </w:p>
    <w:p/>
    <w:p>
      <w:r>
        <w:rPr>
          <w:b/>
          <w:sz w:val="24"/>
        </w:rPr>
        <w:t>Câu 9: Cho cấp số cộng $(u_n)$ có số hạng đầu $u_1 = 5$ và công sai $d = -2$. Số hạng thứ 4 là: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-1</w:t>
      </w:r>
    </w:p>
    <w:p>
      <w:pPr>
        <w:pStyle w:val="ListParagraph"/>
      </w:pPr>
      <w:r>
        <w:rPr>
          <w:sz w:val="22"/>
        </w:rPr>
        <w:t>C. -3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10: Cho cấp số nhân $(u_n)$ có $u_1 = 3$ và công bội $q = 2$. Giá trị của $u_3$ bằng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11: Dãy số nào sau đây không phải là cấp số nhân?</w:t>
      </w:r>
    </w:p>
    <w:p>
      <w:pPr>
        <w:pStyle w:val="ListParagraph"/>
      </w:pPr>
      <w:r>
        <w:rPr>
          <w:sz w:val="22"/>
        </w:rPr>
        <w:t>A. $1; -2; 4; -8$</w:t>
      </w:r>
    </w:p>
    <w:p>
      <w:pPr>
        <w:pStyle w:val="ListParagraph"/>
      </w:pPr>
      <w:r>
        <w:rPr>
          <w:sz w:val="22"/>
        </w:rPr>
        <w:t>B. $2; 2; 2; 2$</w:t>
      </w:r>
    </w:p>
    <w:p>
      <w:pPr>
        <w:pStyle w:val="ListParagraph"/>
      </w:pPr>
      <w:r>
        <w:rPr>
          <w:sz w:val="22"/>
        </w:rPr>
        <w:t>C. $1; 3; 5; 7$</w:t>
      </w:r>
    </w:p>
    <w:p>
      <w:pPr>
        <w:pStyle w:val="ListParagraph"/>
      </w:pPr>
      <w:r>
        <w:rPr>
          <w:sz w:val="22"/>
        </w:rPr>
        <w:t>D. $\frac{1}{2}; \frac{1}{4}; \frac{1}{8}; \frac{1}{16}$</w:t>
      </w:r>
    </w:p>
    <w:p/>
    <w:p>
      <w:r>
        <w:rPr>
          <w:b/>
          <w:sz w:val="24"/>
        </w:rPr>
        <w:t>Câu 12: Khảo sát chiều cao (cm) của 40 học sinh, ta có bảng tần số ghép nhóm sau:</w:t>
        <w:br/>
        <w:t>Chiều cao: [150;155) [155;160) [160;165) [165;170) [170;175)</w:t>
        <w:br/>
        <w:t>Số học sinh: 4 10 14 8 4</w:t>
        <w:br/>
        <w:t>Độ dài của mỗi nhóm trong mẫu số liệu trên là: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150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13: Cho biết $\cos\alpha = -\frac{4}{5}$ và $\frac{\pi}{2} &lt; \alpha &lt; \pi$. Xét tính đúng sai của các khẳng định sau:</w:t>
        <w:br/>
        <w:t>a) $\sin\alpha &gt; 0$.</w:t>
        <w:br/>
        <w:t>b) $\sin\alpha = -\frac{3}{5}$.</w:t>
        <w:br/>
        <w:t>c) $\cot\alpha = \frac{4}{3}$.</w:t>
        <w:br/>
        <w:t>d) $\cos\left(\alpha + \frac{\pi}{4}\right) = -\frac{\sqrt{2}}{10}$.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Cho dãy số $(u_n)$ có công thức tổng quát $u_n = -3n + 13$ với $n \in \mathbb{N}^*$.</w:t>
        <w:br/>
        <w:t>a) Dãy số đã cho là một cấp số cộng.</w:t>
        <w:br/>
        <w:t>b) Công sai của dãy số là $d = 3$.</w:t>
        <w:br/>
        <w:t>c) Số hạng thứ 10 của dãy số là $u_{10} = -17$.</w:t>
        <w:br/>
        <w:t>d) Một rạp hát có 20 dãy ghế, dãy đầu tiên có 20 ghế. Từ dãy thứ hai trở đi, mỗi dãy nhiều hơn dãy liền trước 3 ghế. Tổng số ghế của rạp hát đó là 970 ghế.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Cho $\tan\alpha = 3$. Tính giá trị của biểu thức $B = \frac{\sin\alpha - 2\cos\alpha}{3\sin\alpha + \cos\alpha}$.</w:t>
      </w:r>
    </w:p>
    <w:p/>
    <w:p>
      <w:r>
        <w:rPr>
          <w:b/>
          <w:sz w:val="24"/>
        </w:rPr>
        <w:t>Câu 16: Tính tổng giá trị lớn nhất và giá trị nhỏ nhất của hàm số $y = 3\sin\left(2x + \frac{\pi}{4}\right) + 2$.</w:t>
      </w:r>
    </w:p>
    <w:p/>
    <w:p>
      <w:r>
        <w:rPr>
          <w:b/>
          <w:sz w:val="24"/>
        </w:rPr>
        <w:t>Câu 17: Kết quả khảo sát cân nặng (kg) của 40 học sinh lớp 11A được cho trong bảng sau:</w:t>
        <w:br/>
        <w:t>Cân nặng: [40;45) [45;50) [50;55) [55;60) [60;65)</w:t>
        <w:br/>
        <w:t>Số học sinh: 5 12 15 6 2</w:t>
        <w:br/>
        <w:t>Tìm giá trị tứ phân vị thứ nhất ($Q_1$) của mẫu số liệu ghép nhóm trên (làm tròn kết quả đến hàng phần mười).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None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