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📝 ÔN TẬP GIỮA HỌC KỲ I — LỊCH SỬ 12</w:t>
      </w:r>
    </w:p>
    <w:p>
      <w:pPr>
        <w:jc w:val="center"/>
      </w:pPr>
      <w:r>
        <w:rPr>
          <w:sz w:val="22"/>
        </w:rPr>
        <w:t>Số câu: 34    Thời gian: _____ phút    Họ và tên: _________________________</w:t>
      </w:r>
    </w:p>
    <w:p/>
    <w:p>
      <w:r>
        <w:rPr>
          <w:b/>
          <w:sz w:val="24"/>
        </w:rPr>
        <w:t>Câu 1: Khi Chiến tranh thế giới thứ hai đang diễn ra, các nước Đồng minh chống phát xít mong muốn</w:t>
      </w:r>
    </w:p>
    <w:p>
      <w:pPr>
        <w:pStyle w:val="ListParagraph"/>
      </w:pPr>
      <w:r>
        <w:rPr>
          <w:sz w:val="22"/>
        </w:rPr>
        <w:t>A. thành lập tổ chức Liên hợp quốc nhằm duy trì hoà bình, an ninh thế giới</w:t>
      </w:r>
    </w:p>
    <w:p>
      <w:pPr>
        <w:pStyle w:val="ListParagraph"/>
      </w:pPr>
      <w:r>
        <w:rPr>
          <w:sz w:val="22"/>
        </w:rPr>
        <w:t>B. hợp tác giữa các nước nhằm khắc phục hậu quả sau chiến tranh</w:t>
      </w:r>
    </w:p>
    <w:p>
      <w:pPr>
        <w:pStyle w:val="ListParagraph"/>
      </w:pPr>
      <w:r>
        <w:rPr>
          <w:sz w:val="22"/>
        </w:rPr>
        <w:t>C. thiết lập một trật tự thế giới đa cực, nhiều trung tâm</w:t>
      </w:r>
    </w:p>
    <w:p>
      <w:pPr>
        <w:pStyle w:val="ListParagraph"/>
      </w:pPr>
      <w:r>
        <w:rPr>
          <w:sz w:val="22"/>
        </w:rPr>
        <w:t>D. thành lập toà án quốc tế để xét xử tội phạm chiến tranh</w:t>
      </w:r>
    </w:p>
    <w:p/>
    <w:p>
      <w:r>
        <w:rPr>
          <w:b/>
          <w:sz w:val="24"/>
        </w:rPr>
        <w:t>Câu 2: Các quốc gia trên thế giới tổ chức hội nghị thành lập Liên hợp quốc khi</w:t>
      </w:r>
    </w:p>
    <w:p>
      <w:pPr>
        <w:pStyle w:val="ListParagraph"/>
      </w:pPr>
      <w:r>
        <w:rPr>
          <w:sz w:val="22"/>
        </w:rPr>
        <w:t>A. Chiến tranh thế giới thứ hai bùng nổ</w:t>
      </w:r>
    </w:p>
    <w:p>
      <w:pPr>
        <w:pStyle w:val="ListParagraph"/>
      </w:pPr>
      <w:r>
        <w:rPr>
          <w:sz w:val="22"/>
        </w:rPr>
        <w:t>B. Chiến tranh thế giới thứ hai diễn ra</w:t>
      </w:r>
    </w:p>
    <w:p>
      <w:pPr>
        <w:pStyle w:val="ListParagraph"/>
      </w:pPr>
      <w:r>
        <w:rPr>
          <w:sz w:val="22"/>
        </w:rPr>
        <w:t>C. Chiến tranh thế giới thứ hai sắp kết thúc</w:t>
      </w:r>
    </w:p>
    <w:p>
      <w:pPr>
        <w:pStyle w:val="ListParagraph"/>
      </w:pPr>
      <w:r>
        <w:rPr>
          <w:sz w:val="22"/>
        </w:rPr>
        <w:t>D. Chiến tranh thế giới thứ hai đã kết thúc</w:t>
      </w:r>
    </w:p>
    <w:p/>
    <w:p>
      <w:r>
        <w:rPr>
          <w:b/>
          <w:sz w:val="24"/>
        </w:rPr>
        <w:t>Câu 3: Năm 1945, Hiến chương Liên Hợp quốc thông qua tại đâu?</w:t>
      </w:r>
    </w:p>
    <w:p>
      <w:pPr>
        <w:pStyle w:val="ListParagraph"/>
      </w:pPr>
      <w:r>
        <w:rPr>
          <w:sz w:val="22"/>
        </w:rPr>
        <w:t>A. Xan-phran-xi-xcô (Mỹ)</w:t>
      </w:r>
    </w:p>
    <w:p>
      <w:pPr>
        <w:pStyle w:val="ListParagraph"/>
      </w:pPr>
      <w:r>
        <w:rPr>
          <w:sz w:val="22"/>
        </w:rPr>
        <w:t>B. Luân Đôn (Anh)</w:t>
      </w:r>
    </w:p>
    <w:p>
      <w:pPr>
        <w:pStyle w:val="ListParagraph"/>
      </w:pPr>
      <w:r>
        <w:rPr>
          <w:sz w:val="22"/>
        </w:rPr>
        <w:t>C. Rô-ma (Italia)</w:t>
      </w:r>
    </w:p>
    <w:p>
      <w:pPr>
        <w:pStyle w:val="ListParagraph"/>
      </w:pPr>
      <w:r>
        <w:rPr>
          <w:sz w:val="22"/>
        </w:rPr>
        <w:t>D. Pa-ri (Pháp)</w:t>
      </w:r>
    </w:p>
    <w:p/>
    <w:p>
      <w:r>
        <w:rPr>
          <w:b/>
          <w:sz w:val="24"/>
        </w:rPr>
        <w:t>Câu 4: Sự kiện nào dưới đây gắn liền với ngày 24-10-1945?</w:t>
      </w:r>
    </w:p>
    <w:p>
      <w:pPr>
        <w:pStyle w:val="ListParagraph"/>
      </w:pPr>
      <w:r>
        <w:rPr>
          <w:sz w:val="22"/>
        </w:rPr>
        <w:t>A. Mỹ và Liên Xô phê chuẩn bản Hiến chương Liên hợp quốc</w:t>
      </w:r>
    </w:p>
    <w:p>
      <w:pPr>
        <w:pStyle w:val="ListParagraph"/>
      </w:pPr>
      <w:r>
        <w:rPr>
          <w:sz w:val="22"/>
        </w:rPr>
        <w:t>B. Liên hợp quốc chính thức được thành lập</w:t>
      </w:r>
    </w:p>
    <w:p>
      <w:pPr>
        <w:pStyle w:val="ListParagraph"/>
      </w:pPr>
      <w:r>
        <w:rPr>
          <w:sz w:val="22"/>
        </w:rPr>
        <w:t>C. Hội nghị Xan Phranxixcô (Mỹ) thông qua bản Hiến chương Liên hợp quốc</w:t>
      </w:r>
    </w:p>
    <w:p>
      <w:pPr>
        <w:pStyle w:val="ListParagraph"/>
      </w:pPr>
      <w:r>
        <w:rPr>
          <w:sz w:val="22"/>
        </w:rPr>
        <w:t>D. Ủy viên thường trực Hội đồng Bảo an thông qua bản Hiến chương</w:t>
      </w:r>
    </w:p>
    <w:p/>
    <w:p>
      <w:r>
        <w:rPr>
          <w:b/>
          <w:sz w:val="24"/>
        </w:rPr>
        <w:t>Câu 5: Trong số các mục tiêu của Liên hợp quốc, mục tiêu nào được chú trọng và là cơ sở để thực hiện các mục tiêu khác?</w:t>
      </w:r>
    </w:p>
    <w:p>
      <w:pPr>
        <w:pStyle w:val="ListParagraph"/>
      </w:pPr>
      <w:r>
        <w:rPr>
          <w:sz w:val="22"/>
        </w:rPr>
        <w:t>A. Duy trì hòa bình và an ninh thế giới</w:t>
      </w:r>
    </w:p>
    <w:p>
      <w:pPr>
        <w:pStyle w:val="ListParagraph"/>
      </w:pPr>
      <w:r>
        <w:rPr>
          <w:sz w:val="22"/>
        </w:rPr>
        <w:t>B. Thúc đẩy quan hệ hữu nghị các dân tộc</w:t>
      </w:r>
    </w:p>
    <w:p>
      <w:pPr>
        <w:pStyle w:val="ListParagraph"/>
      </w:pPr>
      <w:r>
        <w:rPr>
          <w:sz w:val="22"/>
        </w:rPr>
        <w:t>C. Thúc đẩy hợp tác quốc tế để giải quyết các vấn đề kinh tế, xã hội, văn hoá, nhân đạo</w:t>
      </w:r>
    </w:p>
    <w:p>
      <w:pPr>
        <w:pStyle w:val="ListParagraph"/>
      </w:pPr>
      <w:r>
        <w:rPr>
          <w:sz w:val="22"/>
        </w:rPr>
        <w:t>D. Liên hợp quốc đóng vai trò là trung tâm điều hoà các nỗ lực quốc tế</w:t>
      </w:r>
    </w:p>
    <w:p/>
    <w:p>
      <w:r>
        <w:rPr>
          <w:b/>
          <w:sz w:val="24"/>
        </w:rPr>
        <w:t>Câu 6: Nội dung nào dưới đây không phải là nguyên tắc hoạt động của tổ chức Liên hợp quốc?</w:t>
      </w:r>
    </w:p>
    <w:p>
      <w:pPr>
        <w:pStyle w:val="ListParagraph"/>
      </w:pPr>
      <w:r>
        <w:rPr>
          <w:sz w:val="22"/>
        </w:rPr>
        <w:t>A. Giải quyết các tranh chấp quốc tế bằng biện pháp hoà bình</w:t>
      </w:r>
    </w:p>
    <w:p>
      <w:pPr>
        <w:pStyle w:val="ListParagraph"/>
      </w:pPr>
      <w:r>
        <w:rPr>
          <w:sz w:val="22"/>
        </w:rPr>
        <w:t>B. Từ bỏ đe doạ bằng vũ lực hoặc sử dụng vũ lực trong quan hệ quốc tế</w:t>
      </w:r>
    </w:p>
    <w:p>
      <w:pPr>
        <w:pStyle w:val="ListParagraph"/>
      </w:pPr>
      <w:r>
        <w:rPr>
          <w:sz w:val="22"/>
        </w:rPr>
        <w:t>C. Hợp tác phát triển có hiệu quả trong các lĩnh vực kinh tế, văn hoá, xã hội</w:t>
      </w:r>
    </w:p>
    <w:p>
      <w:pPr>
        <w:pStyle w:val="ListParagraph"/>
      </w:pPr>
      <w:r>
        <w:rPr>
          <w:sz w:val="22"/>
        </w:rPr>
        <w:t>D. Không can thiệp vào công việc nội bộ của các nước</w:t>
      </w:r>
    </w:p>
    <w:p/>
    <w:p>
      <w:r>
        <w:rPr>
          <w:b/>
          <w:sz w:val="24"/>
        </w:rPr>
        <w:t>Câu 7: Ngày 1-1-1942, đại diện 26 nước chống phát xít đã</w:t>
      </w:r>
    </w:p>
    <w:p>
      <w:pPr>
        <w:pStyle w:val="ListParagraph"/>
      </w:pPr>
      <w:r>
        <w:rPr>
          <w:sz w:val="22"/>
        </w:rPr>
        <w:t>A. thành lập Liên hợp quốc</w:t>
      </w:r>
    </w:p>
    <w:p>
      <w:pPr>
        <w:pStyle w:val="ListParagraph"/>
      </w:pPr>
      <w:r>
        <w:rPr>
          <w:sz w:val="22"/>
        </w:rPr>
        <w:t>B. họp hội nghị Tê-hê-ran</w:t>
      </w:r>
    </w:p>
    <w:p>
      <w:pPr>
        <w:pStyle w:val="ListParagraph"/>
      </w:pPr>
      <w:r>
        <w:rPr>
          <w:sz w:val="22"/>
        </w:rPr>
        <w:t>C. thoả thuận một số điểm cơ bản về cơ cấu Liên hợp quốc</w:t>
      </w:r>
    </w:p>
    <w:p>
      <w:pPr>
        <w:pStyle w:val="ListParagraph"/>
      </w:pPr>
      <w:r>
        <w:rPr>
          <w:sz w:val="22"/>
        </w:rPr>
        <w:t>D. kí bản Tuyên bố Liên hợp quốc</w:t>
      </w:r>
    </w:p>
    <w:p/>
    <w:p>
      <w:r>
        <w:rPr>
          <w:b/>
          <w:sz w:val="24"/>
        </w:rPr>
        <w:t>Câu 8: Những quốc gia nào sau đây đóng vai trò quyết định, đồng thời là sáng lập viên của tổ chức Liên hợp quốc?</w:t>
      </w:r>
    </w:p>
    <w:p>
      <w:pPr>
        <w:pStyle w:val="ListParagraph"/>
      </w:pPr>
      <w:r>
        <w:rPr>
          <w:sz w:val="22"/>
        </w:rPr>
        <w:t>A. Liên Xô, Mỹ, Anh</w:t>
      </w:r>
    </w:p>
    <w:p>
      <w:pPr>
        <w:pStyle w:val="ListParagraph"/>
      </w:pPr>
      <w:r>
        <w:rPr>
          <w:sz w:val="22"/>
        </w:rPr>
        <w:t>B. Nga, Pháp, Việt Nam</w:t>
      </w:r>
    </w:p>
    <w:p>
      <w:pPr>
        <w:pStyle w:val="ListParagraph"/>
      </w:pPr>
      <w:r>
        <w:rPr>
          <w:sz w:val="22"/>
        </w:rPr>
        <w:t>C. Liên Xô, Anh, Nhật Bản</w:t>
      </w:r>
    </w:p>
    <w:p>
      <w:pPr>
        <w:pStyle w:val="ListParagraph"/>
      </w:pPr>
      <w:r>
        <w:rPr>
          <w:sz w:val="22"/>
        </w:rPr>
        <w:t>D. Liên Xô, Mỹ, Trung Quốc</w:t>
      </w:r>
    </w:p>
    <w:p/>
    <w:p>
      <w:r>
        <w:rPr>
          <w:b/>
          <w:sz w:val="24"/>
        </w:rPr>
        <w:t>Câu 9: Hội nghị Ianta diễn ra trong bối cảnh</w:t>
      </w:r>
    </w:p>
    <w:p>
      <w:pPr>
        <w:pStyle w:val="ListParagraph"/>
      </w:pPr>
      <w:r>
        <w:rPr>
          <w:sz w:val="22"/>
        </w:rPr>
        <w:t>A. Chiến tranh thế giới thứ hai chưa diễn ra</w:t>
      </w:r>
    </w:p>
    <w:p>
      <w:pPr>
        <w:pStyle w:val="ListParagraph"/>
      </w:pPr>
      <w:r>
        <w:rPr>
          <w:sz w:val="22"/>
        </w:rPr>
        <w:t>B. Chiến tranh thế giới thứ hai đang diễn ra quyết liệt</w:t>
      </w:r>
    </w:p>
    <w:p>
      <w:pPr>
        <w:pStyle w:val="ListParagraph"/>
      </w:pPr>
      <w:r>
        <w:rPr>
          <w:sz w:val="22"/>
        </w:rPr>
        <w:t>C. Chiến tranh thế giới thứ hai đã kết thúc</w:t>
      </w:r>
    </w:p>
    <w:p>
      <w:pPr>
        <w:pStyle w:val="ListParagraph"/>
      </w:pPr>
      <w:r>
        <w:rPr>
          <w:sz w:val="22"/>
        </w:rPr>
        <w:t>D. Chiến tranh thế giới thứ hai sắp kết thúc</w:t>
      </w:r>
    </w:p>
    <w:p/>
    <w:p>
      <w:r>
        <w:rPr>
          <w:b/>
          <w:sz w:val="24"/>
        </w:rPr>
        <w:t>Câu 10: Từ ngày 4-12/1945, trên thế giới đã diễn ra sự kiện</w:t>
      </w:r>
    </w:p>
    <w:p>
      <w:pPr>
        <w:pStyle w:val="ListParagraph"/>
      </w:pPr>
      <w:r>
        <w:rPr>
          <w:sz w:val="22"/>
        </w:rPr>
        <w:t>A. Hội nghị Véc-xay</w:t>
      </w:r>
    </w:p>
    <w:p>
      <w:pPr>
        <w:pStyle w:val="ListParagraph"/>
      </w:pPr>
      <w:r>
        <w:rPr>
          <w:sz w:val="22"/>
        </w:rPr>
        <w:t>B. Hội nghị Pô-xđam</w:t>
      </w:r>
    </w:p>
    <w:p>
      <w:pPr>
        <w:pStyle w:val="ListParagraph"/>
      </w:pPr>
      <w:r>
        <w:rPr>
          <w:sz w:val="22"/>
        </w:rPr>
        <w:t>C. Hội nghị Xan-phran-xi-xcô</w:t>
      </w:r>
    </w:p>
    <w:p>
      <w:pPr>
        <w:pStyle w:val="ListParagraph"/>
      </w:pPr>
      <w:r>
        <w:rPr>
          <w:sz w:val="22"/>
        </w:rPr>
        <w:t>D. Hội nghị Ianta</w:t>
      </w:r>
    </w:p>
    <w:p/>
    <w:p>
      <w:r>
        <w:rPr>
          <w:b/>
          <w:sz w:val="24"/>
        </w:rPr>
        <w:t>Câu 11: Thành phần tham dự Hội nghị Ianta (2/1945)</w:t>
      </w:r>
    </w:p>
    <w:p>
      <w:pPr>
        <w:pStyle w:val="ListParagraph"/>
      </w:pPr>
      <w:r>
        <w:rPr>
          <w:sz w:val="22"/>
        </w:rPr>
        <w:t>A. Xta-lin, Ru-dơ-ven, Sớc-sin</w:t>
      </w:r>
    </w:p>
    <w:p>
      <w:pPr>
        <w:pStyle w:val="ListParagraph"/>
      </w:pPr>
      <w:r>
        <w:rPr>
          <w:sz w:val="22"/>
        </w:rPr>
        <w:t>B. Ru-dơ-ven, Na-va, Xta-lin</w:t>
      </w:r>
    </w:p>
    <w:p>
      <w:pPr>
        <w:pStyle w:val="ListParagraph"/>
      </w:pPr>
      <w:r>
        <w:rPr>
          <w:sz w:val="22"/>
        </w:rPr>
        <w:t>C. Xta-lin, Tơ-ru-man, Bi-đôn</w:t>
      </w:r>
    </w:p>
    <w:p>
      <w:pPr>
        <w:pStyle w:val="ListParagraph"/>
      </w:pPr>
      <w:r>
        <w:rPr>
          <w:sz w:val="22"/>
        </w:rPr>
        <w:t>D. Sớc-sin, Xta-lin, Ai-xen-ha-o</w:t>
      </w:r>
    </w:p>
    <w:p/>
    <w:p>
      <w:r>
        <w:rPr>
          <w:b/>
          <w:sz w:val="24"/>
        </w:rPr>
        <w:t>Câu 12: Nước nào sau đây không có mặt tại Hội nghị cấp cao Ianta (2/1945)?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Liên Xô</w:t>
      </w:r>
    </w:p>
    <w:p/>
    <w:p>
      <w:r>
        <w:rPr>
          <w:b/>
          <w:sz w:val="24"/>
        </w:rPr>
        <w:t>Câu 13: Ba cường quốc Liên Xô, Mỹ, Anh quyết định thành lập tổ chức Liên Hợp Quốc tại</w:t>
      </w:r>
    </w:p>
    <w:p>
      <w:pPr>
        <w:pStyle w:val="ListParagraph"/>
      </w:pPr>
      <w:r>
        <w:rPr>
          <w:sz w:val="22"/>
        </w:rPr>
        <w:t>A. Hội nghị Ianta</w:t>
      </w:r>
    </w:p>
    <w:p>
      <w:pPr>
        <w:pStyle w:val="ListParagraph"/>
      </w:pPr>
      <w:r>
        <w:rPr>
          <w:sz w:val="22"/>
        </w:rPr>
        <w:t>B. Hội nghị Pô-xđam</w:t>
      </w:r>
    </w:p>
    <w:p>
      <w:pPr>
        <w:pStyle w:val="ListParagraph"/>
      </w:pPr>
      <w:r>
        <w:rPr>
          <w:sz w:val="22"/>
        </w:rPr>
        <w:t>C. Hội nghị Xan-phran-xi-xcô</w:t>
      </w:r>
    </w:p>
    <w:p>
      <w:pPr>
        <w:pStyle w:val="ListParagraph"/>
      </w:pPr>
      <w:r>
        <w:rPr>
          <w:sz w:val="22"/>
        </w:rPr>
        <w:t>D. Hội nghị Giơ-ne-vơ</w:t>
      </w:r>
    </w:p>
    <w:p/>
    <w:p>
      <w:r>
        <w:rPr>
          <w:b/>
          <w:sz w:val="24"/>
        </w:rPr>
        <w:t>Câu 14: Theo quy định của Hội nghị Ianta (2/1945), quân đội Liên Xô chiếm đóng</w:t>
      </w:r>
    </w:p>
    <w:p>
      <w:pPr>
        <w:pStyle w:val="ListParagraph"/>
      </w:pPr>
      <w:r>
        <w:rPr>
          <w:sz w:val="22"/>
        </w:rPr>
        <w:t>A. Tây Đức, Tây Béc-lin và các nước Tây Âu</w:t>
      </w:r>
    </w:p>
    <w:p>
      <w:pPr>
        <w:pStyle w:val="ListParagraph"/>
      </w:pPr>
      <w:r>
        <w:rPr>
          <w:sz w:val="22"/>
        </w:rPr>
        <w:t>B. Đông Đức, Đông Béc-lin và các nước Đông Âu</w:t>
      </w:r>
    </w:p>
    <w:p>
      <w:pPr>
        <w:pStyle w:val="ListParagraph"/>
      </w:pPr>
      <w:r>
        <w:rPr>
          <w:sz w:val="22"/>
        </w:rPr>
        <w:t>C. Nhật Bản, Triều Tiên, các nước Đông Nam Á</w:t>
      </w:r>
    </w:p>
    <w:p>
      <w:pPr>
        <w:pStyle w:val="ListParagraph"/>
      </w:pPr>
      <w:r>
        <w:rPr>
          <w:sz w:val="22"/>
        </w:rPr>
        <w:t>D. Trung Quốc, Đông Âu</w:t>
      </w:r>
    </w:p>
    <w:p/>
    <w:p>
      <w:r>
        <w:rPr>
          <w:b/>
          <w:sz w:val="24"/>
        </w:rPr>
        <w:t>Câu 15: Hội nghị Ianta chấp nhận một trong những điều kiện gì để Liên Xô tham chiến chống Nhật?</w:t>
      </w:r>
    </w:p>
    <w:p>
      <w:pPr>
        <w:pStyle w:val="ListParagraph"/>
      </w:pPr>
      <w:r>
        <w:rPr>
          <w:sz w:val="22"/>
        </w:rPr>
        <w:t>A. Duy trì nguyên trạng và công nhận độc lập của Mông Cổ</w:t>
      </w:r>
    </w:p>
    <w:p>
      <w:pPr>
        <w:pStyle w:val="ListParagraph"/>
      </w:pPr>
      <w:r>
        <w:rPr>
          <w:sz w:val="22"/>
        </w:rPr>
        <w:t>B. Liên Xô chiếm đóng vùng Đông Đức, Đông Béc-lin, các nước Đông Âu</w:t>
      </w:r>
    </w:p>
    <w:p>
      <w:pPr>
        <w:pStyle w:val="ListParagraph"/>
      </w:pPr>
      <w:r>
        <w:rPr>
          <w:sz w:val="22"/>
        </w:rPr>
        <w:t>C. Trung Quốc, Bắc Triều Tiên do quân đội Liên Xô chiếm đóng</w:t>
      </w:r>
    </w:p>
    <w:p>
      <w:pPr>
        <w:pStyle w:val="ListParagraph"/>
      </w:pPr>
      <w:r>
        <w:rPr>
          <w:sz w:val="22"/>
        </w:rPr>
        <w:t>D. Quân đội Liên Xô và Mỹ Trung Quốc đều có quyền lợi ở Trung Quốc</w:t>
      </w:r>
    </w:p>
    <w:p/>
    <w:p>
      <w:r>
        <w:rPr>
          <w:b/>
          <w:sz w:val="24"/>
        </w:rPr>
        <w:t>Câu 16: Hội nghị I-an-ta (tháng 2-1945) được diễn ra trong giai đoạn nào của Chiến tranh thế giới thứ hai?</w:t>
      </w:r>
    </w:p>
    <w:p>
      <w:pPr>
        <w:pStyle w:val="ListParagraph"/>
      </w:pPr>
      <w:r>
        <w:rPr>
          <w:sz w:val="22"/>
        </w:rPr>
        <w:t>A. Giai đoạn sắp kết thúc</w:t>
      </w:r>
    </w:p>
    <w:p>
      <w:pPr>
        <w:pStyle w:val="ListParagraph"/>
      </w:pPr>
      <w:r>
        <w:rPr>
          <w:sz w:val="22"/>
        </w:rPr>
        <w:t>B. Bùng nổ và lan rộng</w:t>
      </w:r>
    </w:p>
    <w:p>
      <w:pPr>
        <w:pStyle w:val="ListParagraph"/>
      </w:pPr>
      <w:r>
        <w:rPr>
          <w:sz w:val="22"/>
        </w:rPr>
        <w:t>C. Vừa mới kết thúc</w:t>
      </w:r>
    </w:p>
    <w:p>
      <w:pPr>
        <w:pStyle w:val="ListParagraph"/>
      </w:pPr>
      <w:r>
        <w:rPr>
          <w:sz w:val="22"/>
        </w:rPr>
        <w:t>D. Vừa mới bùng nổ</w:t>
      </w:r>
    </w:p>
    <w:p/>
    <w:p>
      <w:r>
        <w:rPr>
          <w:b/>
          <w:sz w:val="24"/>
        </w:rPr>
        <w:t>Câu 17: Theo thoả thuận của các cường quốc tại Hội nghị Ianta, Đông Nam Á thuộc phạm vi ảnh hưởng của</w:t>
      </w:r>
    </w:p>
    <w:p>
      <w:pPr>
        <w:pStyle w:val="ListParagraph"/>
      </w:pPr>
      <w:r>
        <w:rPr>
          <w:sz w:val="22"/>
        </w:rPr>
        <w:t>A. Mỹ và Liên Xô</w:t>
      </w:r>
    </w:p>
    <w:p>
      <w:pPr>
        <w:pStyle w:val="ListParagraph"/>
      </w:pPr>
      <w:r>
        <w:rPr>
          <w:sz w:val="22"/>
        </w:rPr>
        <w:t>B. Liên Xô, Trung Quốc</w:t>
      </w:r>
    </w:p>
    <w:p>
      <w:pPr>
        <w:pStyle w:val="ListParagraph"/>
      </w:pPr>
      <w:r>
        <w:rPr>
          <w:sz w:val="22"/>
        </w:rPr>
        <w:t>C. các nước phương Tây</w:t>
      </w:r>
    </w:p>
    <w:p>
      <w:pPr>
        <w:pStyle w:val="ListParagraph"/>
      </w:pPr>
      <w:r>
        <w:rPr>
          <w:sz w:val="22"/>
        </w:rPr>
        <w:t>D. Phong trào không liên kết</w:t>
      </w:r>
    </w:p>
    <w:p/>
    <w:p>
      <w:r>
        <w:rPr>
          <w:b/>
          <w:sz w:val="24"/>
        </w:rPr>
        <w:t>Câu 18: Hội nghị Ianta thông qua nội dung nào sau đây?</w:t>
      </w:r>
    </w:p>
    <w:p>
      <w:pPr>
        <w:pStyle w:val="ListParagraph"/>
      </w:pPr>
      <w:r>
        <w:rPr>
          <w:sz w:val="22"/>
        </w:rPr>
        <w:t>A. Phân chia phạm vi ảnh hưởng ở châu Âu và châu Á</w:t>
      </w:r>
    </w:p>
    <w:p>
      <w:pPr>
        <w:pStyle w:val="ListParagraph"/>
      </w:pPr>
      <w:r>
        <w:rPr>
          <w:sz w:val="22"/>
        </w:rPr>
        <w:t>B. Xây dựng một trật tự thế giới mới sau chiến tranh</w:t>
      </w:r>
    </w:p>
    <w:p>
      <w:pPr>
        <w:pStyle w:val="ListParagraph"/>
      </w:pPr>
      <w:r>
        <w:rPr>
          <w:sz w:val="22"/>
        </w:rPr>
        <w:t>C. Khôi phục Hội Quốc liên để giữ gìn hoà bình, an ninh thế giới</w:t>
      </w:r>
    </w:p>
    <w:p>
      <w:pPr>
        <w:pStyle w:val="ListParagraph"/>
      </w:pPr>
      <w:r>
        <w:rPr>
          <w:sz w:val="22"/>
        </w:rPr>
        <w:t>D. Phân chia phạm vi ảnh hưởng của Mỹ và Liên Xô ở châu Phi</w:t>
      </w:r>
    </w:p>
    <w:p/>
    <w:p>
      <w:r>
        <w:rPr>
          <w:b/>
          <w:sz w:val="24"/>
        </w:rPr>
        <w:t>Câu 19: Xu thế chủ đạo trong quan hệ giữa các cường quốc sau Chiến tranh lạnh là</w:t>
      </w:r>
    </w:p>
    <w:p>
      <w:pPr>
        <w:pStyle w:val="ListParagraph"/>
      </w:pPr>
      <w:r>
        <w:rPr>
          <w:sz w:val="22"/>
        </w:rPr>
        <w:t>A. đối thoại, thỏa hiệp, tránh xung đột trực tiếp</w:t>
      </w:r>
    </w:p>
    <w:p>
      <w:pPr>
        <w:pStyle w:val="ListParagraph"/>
      </w:pPr>
      <w:r>
        <w:rPr>
          <w:sz w:val="22"/>
        </w:rPr>
        <w:t>B. tôn trọng vai trò, nhiệm vụ của Liên hợp quốc</w:t>
      </w:r>
    </w:p>
    <w:p>
      <w:pPr>
        <w:pStyle w:val="ListParagraph"/>
      </w:pPr>
      <w:r>
        <w:rPr>
          <w:sz w:val="22"/>
        </w:rPr>
        <w:t>C. hợp tác, không cạnh tranh, không mâu thuẫn</w:t>
      </w:r>
    </w:p>
    <w:p>
      <w:pPr>
        <w:pStyle w:val="ListParagraph"/>
      </w:pPr>
      <w:r>
        <w:rPr>
          <w:sz w:val="22"/>
        </w:rPr>
        <w:t>D. hòa bình, không xung đột, tiến hành hợp tác</w:t>
      </w:r>
    </w:p>
    <w:p/>
    <w:p>
      <w:r>
        <w:rPr>
          <w:b/>
          <w:sz w:val="24"/>
        </w:rPr>
        <w:t>Câu 20: Nội dung căn bản trong quan hệ quốc tế hiện nay là về lĩnh vực</w:t>
      </w:r>
    </w:p>
    <w:p>
      <w:pPr>
        <w:pStyle w:val="ListParagraph"/>
      </w:pPr>
      <w:r>
        <w:rPr>
          <w:sz w:val="22"/>
        </w:rPr>
        <w:t>A. an ninh</w:t>
      </w:r>
    </w:p>
    <w:p>
      <w:pPr>
        <w:pStyle w:val="ListParagraph"/>
      </w:pPr>
      <w:r>
        <w:rPr>
          <w:sz w:val="22"/>
        </w:rPr>
        <w:t>B. kinh tế</w:t>
      </w:r>
    </w:p>
    <w:p>
      <w:pPr>
        <w:pStyle w:val="ListParagraph"/>
      </w:pPr>
      <w:r>
        <w:rPr>
          <w:sz w:val="22"/>
        </w:rPr>
        <w:t>C. văn hóa</w:t>
      </w:r>
    </w:p>
    <w:p>
      <w:pPr>
        <w:pStyle w:val="ListParagraph"/>
      </w:pPr>
      <w:r>
        <w:rPr>
          <w:sz w:val="22"/>
        </w:rPr>
        <w:t>D. chính trị</w:t>
      </w:r>
    </w:p>
    <w:p/>
    <w:p>
      <w:r>
        <w:rPr>
          <w:b/>
          <w:sz w:val="24"/>
        </w:rPr>
        <w:t>Câu 21: "Lấy phát triển kinh tế làm trọng điểm" được xem là nội dung chiến lược của các nước trong thời kỳ</w:t>
      </w:r>
    </w:p>
    <w:p>
      <w:pPr>
        <w:pStyle w:val="ListParagraph"/>
      </w:pPr>
      <w:r>
        <w:rPr>
          <w:sz w:val="22"/>
        </w:rPr>
        <w:t>A. Chiến tranh thế giới thứ hai kết thúc</w:t>
      </w:r>
    </w:p>
    <w:p>
      <w:pPr>
        <w:pStyle w:val="ListParagraph"/>
      </w:pPr>
      <w:r>
        <w:rPr>
          <w:sz w:val="22"/>
        </w:rPr>
        <w:t>B. sau khi cuộc Chiến tranh lạnh kết thúc</w:t>
      </w:r>
    </w:p>
    <w:p>
      <w:pPr>
        <w:pStyle w:val="ListParagraph"/>
      </w:pPr>
      <w:r>
        <w:rPr>
          <w:sz w:val="22"/>
        </w:rPr>
        <w:t>C. chủ nghĩa xã hội thành hệ thống thế giới</w:t>
      </w:r>
    </w:p>
    <w:p>
      <w:pPr>
        <w:pStyle w:val="ListParagraph"/>
      </w:pPr>
      <w:r>
        <w:rPr>
          <w:sz w:val="22"/>
        </w:rPr>
        <w:t>D. ngay sau khi Chiến tranh lạnh bắt đầu</w:t>
      </w:r>
    </w:p>
    <w:p/>
    <w:p>
      <w:r>
        <w:rPr>
          <w:b/>
          <w:sz w:val="24"/>
        </w:rPr>
        <w:t>Câu 22: Xu thế Toàn cầu hóa là hệ quả của</w:t>
      </w:r>
    </w:p>
    <w:p>
      <w:pPr>
        <w:pStyle w:val="ListParagraph"/>
      </w:pPr>
      <w:r>
        <w:rPr>
          <w:sz w:val="22"/>
        </w:rPr>
        <w:t>A. cuộc cách mạng khoa học công nghệ</w:t>
      </w:r>
    </w:p>
    <w:p>
      <w:pPr>
        <w:pStyle w:val="ListParagraph"/>
      </w:pPr>
      <w:r>
        <w:rPr>
          <w:sz w:val="22"/>
        </w:rPr>
        <w:t>B. chiến tranh lạnh, trật tự hai cực I-an-ta</w:t>
      </w:r>
    </w:p>
    <w:p>
      <w:pPr>
        <w:pStyle w:val="ListParagraph"/>
      </w:pPr>
      <w:r>
        <w:rPr>
          <w:sz w:val="22"/>
        </w:rPr>
        <w:t>C. cách mạng công nghiệp thế kỷ XVII</w:t>
      </w:r>
    </w:p>
    <w:p>
      <w:pPr>
        <w:pStyle w:val="ListParagraph"/>
      </w:pPr>
      <w:r>
        <w:rPr>
          <w:sz w:val="22"/>
        </w:rPr>
        <w:t>D. cuộc khủng hoảng năng lượng (1973)</w:t>
      </w:r>
    </w:p>
    <w:p/>
    <w:p>
      <w:r>
        <w:rPr>
          <w:b/>
          <w:sz w:val="24"/>
        </w:rPr>
        <w:t>Câu 23: Một trong những biểu hiện của xu thế Toàn cầu hóa là</w:t>
      </w:r>
    </w:p>
    <w:p>
      <w:pPr>
        <w:pStyle w:val="ListParagraph"/>
      </w:pPr>
      <w:r>
        <w:rPr>
          <w:sz w:val="22"/>
        </w:rPr>
        <w:t>A. sự gia tăng của thương mại thế giới</w:t>
      </w:r>
    </w:p>
    <w:p>
      <w:pPr>
        <w:pStyle w:val="ListParagraph"/>
      </w:pPr>
      <w:r>
        <w:rPr>
          <w:sz w:val="22"/>
        </w:rPr>
        <w:t>B. mâu thuẫn giữa hai siêu cường Xô, Mỹ</w:t>
      </w:r>
    </w:p>
    <w:p>
      <w:pPr>
        <w:pStyle w:val="ListParagraph"/>
      </w:pPr>
      <w:r>
        <w:rPr>
          <w:sz w:val="22"/>
        </w:rPr>
        <w:t>C. xu thế hoà hoãn Đông, Tây thế kỷ XX</w:t>
      </w:r>
    </w:p>
    <w:p>
      <w:pPr>
        <w:pStyle w:val="ListParagraph"/>
      </w:pPr>
      <w:r>
        <w:rPr>
          <w:sz w:val="22"/>
        </w:rPr>
        <w:t>D. thế giới đã chia thành hai cực, hai phe</w:t>
      </w:r>
    </w:p>
    <w:p/>
    <w:p>
      <w:r>
        <w:rPr>
          <w:b/>
          <w:sz w:val="24"/>
        </w:rPr>
        <w:t>Câu 24: Một trong những biểu tượng cho sự kết thúc Chiến tranh lạnh là</w:t>
      </w:r>
    </w:p>
    <w:p>
      <w:pPr>
        <w:pStyle w:val="ListParagraph"/>
      </w:pPr>
      <w:r>
        <w:rPr>
          <w:sz w:val="22"/>
        </w:rPr>
        <w:t>A. Liên Xô chính thức sụp đổ (1991)</w:t>
      </w:r>
    </w:p>
    <w:p>
      <w:pPr>
        <w:pStyle w:val="ListParagraph"/>
      </w:pPr>
      <w:r>
        <w:rPr>
          <w:sz w:val="22"/>
        </w:rPr>
        <w:t>B. bức tường Béc-lin sụp đổ (11/1989)</w:t>
      </w:r>
    </w:p>
    <w:p>
      <w:pPr>
        <w:pStyle w:val="ListParagraph"/>
      </w:pPr>
      <w:r>
        <w:rPr>
          <w:sz w:val="22"/>
        </w:rPr>
        <w:t>C. chiến tranh Việt Nam kết thúc (1975)</w:t>
      </w:r>
    </w:p>
    <w:p>
      <w:pPr>
        <w:pStyle w:val="ListParagraph"/>
      </w:pPr>
      <w:r>
        <w:rPr>
          <w:sz w:val="22"/>
        </w:rPr>
        <w:t>D. vấn đề Nam Xu-đăng được giải quyết</w:t>
      </w:r>
    </w:p>
    <w:p/>
    <w:p>
      <w:r>
        <w:rPr>
          <w:b/>
          <w:sz w:val="24"/>
        </w:rPr>
        <w:t>Câu 25: Nhân tố nào sau đây đóng vai trò quyết định để các cường quốc tham gia xác lập trật tự thế giới mới sau Chiến tranh lạnh?</w:t>
      </w:r>
    </w:p>
    <w:p>
      <w:pPr>
        <w:pStyle w:val="ListParagraph"/>
      </w:pPr>
      <w:r>
        <w:rPr>
          <w:sz w:val="22"/>
        </w:rPr>
        <w:t>A. Sức mạnh tổng hợp của quốc gia, trong đó kinh tế vẫn là trọng tâm</w:t>
      </w:r>
    </w:p>
    <w:p>
      <w:pPr>
        <w:pStyle w:val="ListParagraph"/>
      </w:pPr>
      <w:r>
        <w:rPr>
          <w:sz w:val="22"/>
        </w:rPr>
        <w:t>B. Là một trong năm cường quốc của Hội đồng Bảo an Liên hợp quốc</w:t>
      </w:r>
    </w:p>
    <w:p>
      <w:pPr>
        <w:pStyle w:val="ListParagraph"/>
      </w:pPr>
      <w:r>
        <w:rPr>
          <w:sz w:val="22"/>
        </w:rPr>
        <w:t>C. Sự ra đời và ngày càng mở rộng các tổ chức liên kết khu vực</w:t>
      </w:r>
    </w:p>
    <w:p>
      <w:pPr>
        <w:pStyle w:val="ListParagraph"/>
      </w:pPr>
      <w:r>
        <w:rPr>
          <w:sz w:val="22"/>
        </w:rPr>
        <w:t>D. Sức mạnh quân sự của quốc gia với lực lượng quân sự hùng hậu</w:t>
      </w:r>
    </w:p>
    <w:p/>
    <w:p>
      <w:r>
        <w:rPr>
          <w:b/>
          <w:sz w:val="24"/>
        </w:rPr>
        <w:t>Câu 26: Nhóm 5 nước sáng lập ASEAN (1967) gồm:</w:t>
      </w:r>
    </w:p>
    <w:p>
      <w:pPr>
        <w:pStyle w:val="ListParagraph"/>
      </w:pPr>
      <w:r>
        <w:rPr>
          <w:sz w:val="22"/>
        </w:rPr>
        <w:t>A. In-đô-nê-xi-a, Ma-lai-xi-a, Phi-líp-pin, Xin-ga-po và Thái Lan</w:t>
      </w:r>
    </w:p>
    <w:p>
      <w:pPr>
        <w:pStyle w:val="ListParagraph"/>
      </w:pPr>
      <w:r>
        <w:rPr>
          <w:sz w:val="22"/>
        </w:rPr>
        <w:t>B. Phi-líp-pin, Xin-ga-po, Ma-lai-xi-a, In-đô-nê-xi-a và Mi-an-ma</w:t>
      </w:r>
    </w:p>
    <w:p>
      <w:pPr>
        <w:pStyle w:val="ListParagraph"/>
      </w:pPr>
      <w:r>
        <w:rPr>
          <w:sz w:val="22"/>
        </w:rPr>
        <w:t>C. Xin-ga-po, Mi-an-ma, Thái Lan, Bru-nây và In-đô-nê-xi-a</w:t>
      </w:r>
    </w:p>
    <w:p>
      <w:pPr>
        <w:pStyle w:val="ListParagraph"/>
      </w:pPr>
      <w:r>
        <w:rPr>
          <w:sz w:val="22"/>
        </w:rPr>
        <w:t>D. Việt Nam, Lào, Ma-lai-xi-a, In-đô-nê-xi-a và Bru-nây</w:t>
      </w:r>
    </w:p>
    <w:p/>
    <w:p>
      <w:r>
        <w:rPr>
          <w:b/>
          <w:sz w:val="24"/>
        </w:rPr>
        <w:t>Câu 27: Điều kiện tiên quyết đưa đến sự thành lập tổ chức ASEAN (1967) là các quốc gia thành viên đều:</w:t>
      </w:r>
    </w:p>
    <w:p>
      <w:pPr>
        <w:pStyle w:val="ListParagraph"/>
      </w:pPr>
      <w:r>
        <w:rPr>
          <w:sz w:val="22"/>
        </w:rPr>
        <w:t>A. Giành được độc lập</w:t>
      </w:r>
    </w:p>
    <w:p>
      <w:pPr>
        <w:pStyle w:val="ListParagraph"/>
      </w:pPr>
      <w:r>
        <w:rPr>
          <w:sz w:val="22"/>
        </w:rPr>
        <w:t>B. Có nền kinh tế phát triển</w:t>
      </w:r>
    </w:p>
    <w:p>
      <w:pPr>
        <w:pStyle w:val="ListParagraph"/>
      </w:pPr>
      <w:r>
        <w:rPr>
          <w:sz w:val="22"/>
        </w:rPr>
        <w:t>C. Có chế độ chính trị tương đồng</w:t>
      </w:r>
    </w:p>
    <w:p>
      <w:pPr>
        <w:pStyle w:val="ListParagraph"/>
      </w:pPr>
      <w:r>
        <w:rPr>
          <w:sz w:val="22"/>
        </w:rPr>
        <w:t>D. Có nền văn hóa dân tộc đặc sắc</w:t>
      </w:r>
    </w:p>
    <w:p/>
    <w:p>
      <w:r>
        <w:rPr>
          <w:b/>
          <w:sz w:val="24"/>
        </w:rPr>
        <w:t>Câu 28: Một trong những mục tiêu quan trọng của tổ chức ASEAN (1967) là:</w:t>
      </w:r>
    </w:p>
    <w:p>
      <w:pPr>
        <w:pStyle w:val="ListParagraph"/>
      </w:pPr>
      <w:r>
        <w:rPr>
          <w:sz w:val="22"/>
        </w:rPr>
        <w:t>A. Xóa bỏ áp bức bóc lột và nghèo nàn lạc hậu</w:t>
      </w:r>
    </w:p>
    <w:p>
      <w:pPr>
        <w:pStyle w:val="ListParagraph"/>
      </w:pPr>
      <w:r>
        <w:rPr>
          <w:sz w:val="22"/>
        </w:rPr>
        <w:t>B. Xây dựng khối liên minh kinh tế và quân sự</w:t>
      </w:r>
    </w:p>
    <w:p>
      <w:pPr>
        <w:pStyle w:val="ListParagraph"/>
      </w:pPr>
      <w:r>
        <w:rPr>
          <w:sz w:val="22"/>
        </w:rPr>
        <w:t>C. Xây dựng khối liên minh chính trị và quân sự</w:t>
      </w:r>
    </w:p>
    <w:p>
      <w:pPr>
        <w:pStyle w:val="ListParagraph"/>
      </w:pPr>
      <w:r>
        <w:rPr>
          <w:sz w:val="22"/>
        </w:rPr>
        <w:t>D. Tăng cường hợp tác phát triển kinh tế và văn hóa</w:t>
      </w:r>
    </w:p>
    <w:p/>
    <w:p>
      <w:r>
        <w:rPr>
          <w:b/>
          <w:sz w:val="24"/>
        </w:rPr>
        <w:t>Câu 29: Nhận xét nào sau đây về Hiệp ước Bali (1976) của tổ chức ASEAN là không đúng?</w:t>
      </w:r>
    </w:p>
    <w:p>
      <w:pPr>
        <w:pStyle w:val="ListParagraph"/>
      </w:pPr>
      <w:r>
        <w:rPr>
          <w:sz w:val="22"/>
        </w:rPr>
        <w:t>A. Mở ra thời kì mới của tổ chức ASEAN</w:t>
      </w:r>
    </w:p>
    <w:p>
      <w:pPr>
        <w:pStyle w:val="ListParagraph"/>
      </w:pPr>
      <w:r>
        <w:rPr>
          <w:sz w:val="22"/>
        </w:rPr>
        <w:t>B. Chấm dứt hoàn toàn sự mâu thuẫn giữa các nước trong khu vực</w:t>
      </w:r>
    </w:p>
    <w:p>
      <w:pPr>
        <w:pStyle w:val="ListParagraph"/>
      </w:pPr>
      <w:r>
        <w:rPr>
          <w:sz w:val="22"/>
        </w:rPr>
        <w:t>C. Xác định nguyên tắc cơ bản trong quan hệ giữa các nước</w:t>
      </w:r>
    </w:p>
    <w:p>
      <w:pPr>
        <w:pStyle w:val="ListParagraph"/>
      </w:pPr>
      <w:r>
        <w:rPr>
          <w:sz w:val="22"/>
        </w:rPr>
        <w:t>D. Củng cố và tăng cường quan hệ giữa các nước</w:t>
      </w:r>
    </w:p>
    <w:p/>
    <w:p>
      <w:r>
        <w:rPr>
          <w:b/>
          <w:sz w:val="24"/>
        </w:rPr>
        <w:t>Câu 30: Ý tưởng xây dựng cộng đồng ASEAN được khởi nguồn từ khi:</w:t>
      </w:r>
    </w:p>
    <w:p>
      <w:pPr>
        <w:pStyle w:val="ListParagraph"/>
      </w:pPr>
      <w:r>
        <w:rPr>
          <w:sz w:val="22"/>
        </w:rPr>
        <w:t>A. ASEAN thành lập năm 1967</w:t>
      </w:r>
    </w:p>
    <w:p>
      <w:pPr>
        <w:pStyle w:val="ListParagraph"/>
      </w:pPr>
      <w:r>
        <w:rPr>
          <w:sz w:val="22"/>
        </w:rPr>
        <w:t>B. Tất cả các nước Đông Nam Á ra nhập ASEAN</w:t>
      </w:r>
    </w:p>
    <w:p>
      <w:pPr>
        <w:pStyle w:val="ListParagraph"/>
      </w:pPr>
      <w:r>
        <w:rPr>
          <w:sz w:val="22"/>
        </w:rPr>
        <w:t>C. Các nước kí hiệp ước Bali</w:t>
      </w:r>
    </w:p>
    <w:p>
      <w:pPr>
        <w:pStyle w:val="ListParagraph"/>
      </w:pPr>
      <w:r>
        <w:rPr>
          <w:sz w:val="22"/>
        </w:rPr>
        <w:t>D. Việt Nam ra nhập ASEAN</w:t>
      </w:r>
    </w:p>
    <w:p/>
    <w:p>
      <w:r>
        <w:rPr>
          <w:b/>
          <w:sz w:val="24"/>
        </w:rPr>
        <w:t>Câu 31: Theo văn kiện "Tầm nhìn ASEAN năm 2020" cộng đồng ASEAN bao gồm</w:t>
      </w:r>
    </w:p>
    <w:p>
      <w:pPr>
        <w:pStyle w:val="ListParagraph"/>
      </w:pPr>
      <w:r>
        <w:rPr>
          <w:sz w:val="22"/>
        </w:rPr>
        <w:t>A. Năm nước sáng lập</w:t>
      </w:r>
    </w:p>
    <w:p>
      <w:pPr>
        <w:pStyle w:val="ListParagraph"/>
      </w:pPr>
      <w:r>
        <w:rPr>
          <w:sz w:val="22"/>
        </w:rPr>
        <w:t>B. Toàn bộ Đông Nam Á</w:t>
      </w:r>
    </w:p>
    <w:p>
      <w:pPr>
        <w:pStyle w:val="ListParagraph"/>
      </w:pPr>
      <w:r>
        <w:rPr>
          <w:sz w:val="22"/>
        </w:rPr>
        <w:t>C. Các nước châu Âu</w:t>
      </w:r>
    </w:p>
    <w:p>
      <w:pPr>
        <w:pStyle w:val="ListParagraph"/>
      </w:pPr>
      <w:r>
        <w:rPr>
          <w:sz w:val="22"/>
        </w:rPr>
        <w:t>D. Bốn nước sáng lập</w:t>
      </w:r>
    </w:p>
    <w:p/>
    <w:p>
      <w:r>
        <w:rPr>
          <w:b/>
          <w:sz w:val="24"/>
        </w:rPr>
        <w:t>Câu 32: Văn kiện đầu tiên chính thức khẳng định ý tưởng thành lập cộng đồng ASEAN là</w:t>
      </w:r>
    </w:p>
    <w:p>
      <w:pPr>
        <w:pStyle w:val="ListParagraph"/>
      </w:pPr>
      <w:r>
        <w:rPr>
          <w:sz w:val="22"/>
        </w:rPr>
        <w:t>A. Tuyên bố Băng Cốc năm 1967</w:t>
      </w:r>
    </w:p>
    <w:p>
      <w:pPr>
        <w:pStyle w:val="ListParagraph"/>
      </w:pPr>
      <w:r>
        <w:rPr>
          <w:sz w:val="22"/>
        </w:rPr>
        <w:t>B. Tầm nhìn ASEAN 2020</w:t>
      </w:r>
    </w:p>
    <w:p>
      <w:pPr>
        <w:pStyle w:val="ListParagraph"/>
      </w:pPr>
      <w:r>
        <w:rPr>
          <w:sz w:val="22"/>
        </w:rPr>
        <w:t>C. Hiệp ước Bali năm 1976</w:t>
      </w:r>
    </w:p>
    <w:p>
      <w:pPr>
        <w:pStyle w:val="ListParagraph"/>
      </w:pPr>
      <w:r>
        <w:rPr>
          <w:sz w:val="22"/>
        </w:rPr>
        <w:t>D. Hiến chương ASEAN năm 2003</w:t>
      </w:r>
    </w:p>
    <w:p/>
    <w:p>
      <w:r>
        <w:rPr>
          <w:b/>
          <w:sz w:val="24"/>
        </w:rPr>
        <w:t>Câu 33: Mục tiêu xây dựng cộng đồng ASEAN là</w:t>
      </w:r>
    </w:p>
    <w:p>
      <w:pPr>
        <w:pStyle w:val="ListParagraph"/>
      </w:pPr>
      <w:r>
        <w:rPr>
          <w:sz w:val="22"/>
        </w:rPr>
        <w:t>A. xây dựng một tổ chức hợp tác sâu rộng trên 3 trụ cột: Kinh tế-chính trị, văn hóa, xã hội</w:t>
      </w:r>
    </w:p>
    <w:p>
      <w:pPr>
        <w:pStyle w:val="ListParagraph"/>
      </w:pPr>
      <w:r>
        <w:rPr>
          <w:sz w:val="22"/>
        </w:rPr>
        <w:t>B. xây dựng một tổ chức hợp tác sâu rộng trên 3 trụ cột: Kinh tế, Chính trị, văn hóa-lịch sử</w:t>
      </w:r>
    </w:p>
    <w:p>
      <w:pPr>
        <w:pStyle w:val="ListParagraph"/>
      </w:pPr>
      <w:r>
        <w:rPr>
          <w:sz w:val="22"/>
        </w:rPr>
        <w:t>C. xây dựng một tổ chức hợp tác sâu rộng trên 3 trụ cột: Kinh tế, Chính trị-an ninh, văn hóa-xã hội</w:t>
      </w:r>
    </w:p>
    <w:p>
      <w:pPr>
        <w:pStyle w:val="ListParagraph"/>
      </w:pPr>
      <w:r>
        <w:rPr>
          <w:sz w:val="22"/>
        </w:rPr>
        <w:t>D. xây dựng một tổ chức hợp tác sâu rộng trên 3 trụ cột: Kinh tế-xã hội, văn hóa-thể dục thể thao</w:t>
      </w:r>
    </w:p>
    <w:p/>
    <w:p>
      <w:r>
        <w:rPr>
          <w:b/>
          <w:sz w:val="24"/>
        </w:rPr>
        <w:t>Câu 34: Cơ sở pháp lý để xây dựng mục tiêu của cộng đồng ASEAN là</w:t>
      </w:r>
    </w:p>
    <w:p>
      <w:pPr>
        <w:pStyle w:val="ListParagraph"/>
      </w:pPr>
      <w:r>
        <w:rPr>
          <w:sz w:val="22"/>
        </w:rPr>
        <w:t>A. Tuyên bố Băng Cốc năm 1967</w:t>
      </w:r>
    </w:p>
    <w:p>
      <w:pPr>
        <w:pStyle w:val="ListParagraph"/>
      </w:pPr>
      <w:r>
        <w:rPr>
          <w:sz w:val="22"/>
        </w:rPr>
        <w:t>B. Hiến chương ASEAN</w:t>
      </w:r>
    </w:p>
    <w:p>
      <w:pPr>
        <w:pStyle w:val="ListParagraph"/>
      </w:pPr>
      <w:r>
        <w:rPr>
          <w:sz w:val="22"/>
        </w:rPr>
        <w:t>C. Hiệp ước Bali</w:t>
      </w:r>
    </w:p>
    <w:p>
      <w:pPr>
        <w:pStyle w:val="ListParagraph"/>
      </w:pPr>
      <w:r>
        <w:rPr>
          <w:sz w:val="22"/>
        </w:rPr>
        <w:t>D. Tầm nhìn ASEAN 2020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