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CHỦ ĐỀ: SỰ PHÂN HÓA ĐA DẠNG CỦA THIÊN NHIÊN</w:t>
      </w:r>
    </w:p>
    <w:p>
      <w:pPr>
        <w:jc w:val="center"/>
      </w:pPr>
      <w:r>
        <w:rPr>
          <w:sz w:val="22"/>
        </w:rPr>
        <w:t>Số câu: 16    Thời gian: _____ phút    Họ và tên: _________________________</w:t>
      </w:r>
    </w:p>
    <w:p/>
    <w:p>
      <w:r>
        <w:rPr>
          <w:b/>
          <w:sz w:val="24"/>
        </w:rPr>
        <w:t>Câu 1: Khu vực có mưa nhiều nhất vào thời kì đầu mùa hạ ở nước ta là</w:t>
      </w:r>
    </w:p>
    <w:p>
      <w:pPr>
        <w:pStyle w:val="ListParagraph"/>
      </w:pPr>
      <w:r>
        <w:rPr>
          <w:sz w:val="22"/>
        </w:rPr>
        <w:t>A. Bắc Trung Bộ và Tây Bắc.</w:t>
      </w:r>
    </w:p>
    <w:p>
      <w:pPr>
        <w:pStyle w:val="ListParagraph"/>
      </w:pPr>
      <w:r>
        <w:rPr>
          <w:sz w:val="22"/>
        </w:rPr>
        <w:t>B. Đồng bằng sông Hồng và Tây Bắc.</w:t>
      </w:r>
    </w:p>
    <w:p>
      <w:pPr>
        <w:pStyle w:val="ListParagraph"/>
      </w:pPr>
      <w:r>
        <w:rPr>
          <w:sz w:val="22"/>
        </w:rPr>
        <w:t>C. Tây Nguyên và đồng bằng Nam Bộ.</w:t>
      </w:r>
    </w:p>
    <w:p>
      <w:pPr>
        <w:pStyle w:val="ListParagraph"/>
      </w:pPr>
      <w:r>
        <w:rPr>
          <w:sz w:val="22"/>
        </w:rPr>
        <w:t>D. Bắc Trung Bộ và Nam Trung Bộ.</w:t>
      </w:r>
    </w:p>
    <w:p/>
    <w:p>
      <w:r>
        <w:rPr>
          <w:b/>
          <w:sz w:val="24"/>
        </w:rPr>
        <w:t>Câu 2: Khu vực chịu ảnh hưởng mạnh nhất của gió phơn Tây Nam là</w:t>
      </w:r>
    </w:p>
    <w:p>
      <w:pPr>
        <w:pStyle w:val="ListParagraph"/>
      </w:pPr>
      <w:r>
        <w:rPr>
          <w:sz w:val="22"/>
        </w:rPr>
        <w:t>A. Tây Bắc.</w:t>
      </w:r>
    </w:p>
    <w:p>
      <w:pPr>
        <w:pStyle w:val="ListParagraph"/>
      </w:pPr>
      <w:r>
        <w:rPr>
          <w:sz w:val="22"/>
        </w:rPr>
        <w:t>B. Đông Bắc.</w:t>
      </w:r>
    </w:p>
    <w:p>
      <w:pPr>
        <w:pStyle w:val="ListParagraph"/>
      </w:pPr>
      <w:r>
        <w:rPr>
          <w:sz w:val="22"/>
        </w:rPr>
        <w:t>C. Đồng bằng sông Hồng.</w:t>
      </w:r>
    </w:p>
    <w:p>
      <w:pPr>
        <w:pStyle w:val="ListParagraph"/>
      </w:pPr>
      <w:r>
        <w:rPr>
          <w:sz w:val="22"/>
        </w:rPr>
        <w:t>D. Bắc Trung Bộ.</w:t>
      </w:r>
    </w:p>
    <w:p/>
    <w:p>
      <w:r>
        <w:rPr>
          <w:b/>
          <w:sz w:val="24"/>
        </w:rPr>
        <w:t>Câu 3: Sự phân chia mùa khí hậu thành mùa mưa và mùa khô ở phần lãnh thổ phía Nam đặc biệt rõ nét từ vĩ độ</w:t>
      </w:r>
    </w:p>
    <w:p>
      <w:pPr>
        <w:pStyle w:val="ListParagraph"/>
      </w:pPr>
      <w:r>
        <w:rPr>
          <w:sz w:val="22"/>
        </w:rPr>
        <w:t>A. 16&lt;sup&gt;0&lt;/sup&gt;B trở vào.</w:t>
      </w:r>
    </w:p>
    <w:p>
      <w:pPr>
        <w:pStyle w:val="ListParagraph"/>
      </w:pPr>
      <w:r>
        <w:rPr>
          <w:sz w:val="22"/>
        </w:rPr>
        <w:t>B. 16&lt;sup&gt;0&lt;/sup&gt;B trở ra.</w:t>
      </w:r>
    </w:p>
    <w:p>
      <w:pPr>
        <w:pStyle w:val="ListParagraph"/>
      </w:pPr>
      <w:r>
        <w:rPr>
          <w:sz w:val="22"/>
        </w:rPr>
        <w:t>C. 14&lt;sup&gt;0&lt;/sup&gt;B trở vào.</w:t>
      </w:r>
    </w:p>
    <w:p>
      <w:pPr>
        <w:pStyle w:val="ListParagraph"/>
      </w:pPr>
      <w:r>
        <w:rPr>
          <w:sz w:val="22"/>
        </w:rPr>
        <w:t>D. 14&lt;sup&gt;0&lt;/sup&gt;B -16&lt;sup&gt;0&lt;/sup&gt;B.</w:t>
      </w:r>
    </w:p>
    <w:p/>
    <w:p>
      <w:r>
        <w:rPr>
          <w:b/>
          <w:sz w:val="24"/>
        </w:rPr>
        <w:t>Câu 4: Thành phần loài chiếm ưu thế ở phần lãnh thổ phía Bắc nước ta là</w:t>
      </w:r>
    </w:p>
    <w:p>
      <w:pPr>
        <w:pStyle w:val="ListParagraph"/>
      </w:pPr>
      <w:r>
        <w:rPr>
          <w:sz w:val="22"/>
        </w:rPr>
        <w:t>A. cây lá kim và thú có lông dày.</w:t>
      </w:r>
    </w:p>
    <w:p>
      <w:pPr>
        <w:pStyle w:val="ListParagraph"/>
      </w:pPr>
      <w:r>
        <w:rPr>
          <w:sz w:val="22"/>
        </w:rPr>
        <w:t>B. cây chịu hạn, rụng lá theo mùa.</w:t>
      </w:r>
    </w:p>
    <w:p>
      <w:pPr>
        <w:pStyle w:val="ListParagraph"/>
      </w:pPr>
      <w:r>
        <w:rPr>
          <w:sz w:val="22"/>
        </w:rPr>
        <w:t>C. động thực vật cận nhiệt đới.</w:t>
      </w:r>
    </w:p>
    <w:p>
      <w:pPr>
        <w:pStyle w:val="ListParagraph"/>
      </w:pPr>
      <w:r>
        <w:rPr>
          <w:sz w:val="22"/>
        </w:rPr>
        <w:t>D. động thực vật nhiệt đới.</w:t>
      </w:r>
    </w:p>
    <w:p/>
    <w:p>
      <w:r>
        <w:rPr>
          <w:b/>
          <w:sz w:val="24"/>
        </w:rPr>
        <w:t>Câu 5: Nhận xét nào sau đây không đúng với sự thay đổi nhiệt độ từ Bắc vào Nam ở nước ta?</w:t>
      </w:r>
    </w:p>
    <w:p>
      <w:pPr>
        <w:pStyle w:val="ListParagraph"/>
      </w:pPr>
      <w:r>
        <w:rPr>
          <w:sz w:val="22"/>
        </w:rPr>
        <w:t>A. Biên độ nhiệt độ năm càng vào phía Nam càng giảm.</w:t>
      </w:r>
    </w:p>
    <w:p>
      <w:pPr>
        <w:pStyle w:val="ListParagraph"/>
      </w:pPr>
      <w:r>
        <w:rPr>
          <w:sz w:val="22"/>
        </w:rPr>
        <w:t>B. Nhiệt độ trung bình năm tăng dần từ Bắc vào Nam.</w:t>
      </w:r>
    </w:p>
    <w:p>
      <w:pPr>
        <w:pStyle w:val="ListParagraph"/>
      </w:pPr>
      <w:r>
        <w:rPr>
          <w:sz w:val="22"/>
        </w:rPr>
        <w:t>C. Nhiệt độ trung bình năm giảm dần từ Bắc vào Nam.</w:t>
      </w:r>
    </w:p>
    <w:p>
      <w:pPr>
        <w:pStyle w:val="ListParagraph"/>
      </w:pPr>
      <w:r>
        <w:rPr>
          <w:sz w:val="22"/>
        </w:rPr>
        <w:t>D. Nhiệt độ mùa hạ ít có sự khác nhau giữa hai miền.</w:t>
      </w:r>
    </w:p>
    <w:p/>
    <w:p>
      <w:r>
        <w:rPr>
          <w:b/>
          <w:sz w:val="24"/>
        </w:rPr>
        <w:t>Câu 6: Ở vùng lãnh thổ phía Bắc, thành phần loài chiếm ưu thế là</w:t>
      </w:r>
    </w:p>
    <w:p>
      <w:pPr>
        <w:pStyle w:val="ListParagraph"/>
      </w:pPr>
      <w:r>
        <w:rPr>
          <w:sz w:val="22"/>
        </w:rPr>
        <w:t>A. xích đạo.</w:t>
      </w:r>
    </w:p>
    <w:p>
      <w:pPr>
        <w:pStyle w:val="ListParagraph"/>
      </w:pPr>
      <w:r>
        <w:rPr>
          <w:sz w:val="22"/>
        </w:rPr>
        <w:t>B. nhiệt đới.</w:t>
      </w:r>
    </w:p>
    <w:p>
      <w:pPr>
        <w:pStyle w:val="ListParagraph"/>
      </w:pPr>
      <w:r>
        <w:rPr>
          <w:sz w:val="22"/>
        </w:rPr>
        <w:t>C. cận nhiệt.</w:t>
      </w:r>
    </w:p>
    <w:p>
      <w:pPr>
        <w:pStyle w:val="ListParagraph"/>
      </w:pPr>
      <w:r>
        <w:rPr>
          <w:sz w:val="22"/>
        </w:rPr>
        <w:t>D. ôn đới.</w:t>
      </w:r>
    </w:p>
    <w:p/>
    <w:p>
      <w:r>
        <w:rPr>
          <w:b/>
          <w:sz w:val="24"/>
        </w:rPr>
        <w:t>Câu 7: Biểu hiện của cảnh quan thiên nhiên phần lãnh thổ phía Bắc là</w:t>
      </w:r>
    </w:p>
    <w:p>
      <w:pPr>
        <w:pStyle w:val="ListParagraph"/>
      </w:pPr>
      <w:r>
        <w:rPr>
          <w:sz w:val="22"/>
        </w:rPr>
        <w:t>A. mùa đông lạnh, tất cả cây rụng lá.</w:t>
      </w:r>
    </w:p>
    <w:p>
      <w:pPr>
        <w:pStyle w:val="ListParagraph"/>
      </w:pPr>
      <w:r>
        <w:rPr>
          <w:sz w:val="22"/>
        </w:rPr>
        <w:t>B. mùa đông lạnh, không mưa, nhiều loài cây rụng lá.</w:t>
      </w:r>
    </w:p>
    <w:p>
      <w:pPr>
        <w:pStyle w:val="ListParagraph"/>
      </w:pPr>
      <w:r>
        <w:rPr>
          <w:sz w:val="22"/>
        </w:rPr>
        <w:t>C. mùa đông lạnh ẩm mưa nhiều, nhiều loài cây rụng lá.</w:t>
      </w:r>
    </w:p>
    <w:p>
      <w:pPr>
        <w:pStyle w:val="ListParagraph"/>
      </w:pPr>
      <w:r>
        <w:rPr>
          <w:sz w:val="22"/>
        </w:rPr>
        <w:t>D. Mùa đông lạnh, mưa ít, nhiều loài cây rụng lá.</w:t>
      </w:r>
    </w:p>
    <w:p/>
    <w:p>
      <w:r>
        <w:rPr>
          <w:b/>
          <w:sz w:val="24"/>
        </w:rPr>
        <w:t>Câu 8: Cảnh quan thiên nhiên tiêu biểu cho vùng lãnh thổ phía Nam là</w:t>
      </w:r>
    </w:p>
    <w:p>
      <w:pPr>
        <w:pStyle w:val="ListParagraph"/>
      </w:pPr>
      <w:r>
        <w:rPr>
          <w:sz w:val="22"/>
        </w:rPr>
        <w:t>A. rừng nhiệt đới ẩm gió mùa.</w:t>
      </w:r>
    </w:p>
    <w:p>
      <w:pPr>
        <w:pStyle w:val="ListParagraph"/>
      </w:pPr>
      <w:r>
        <w:rPr>
          <w:sz w:val="22"/>
        </w:rPr>
        <w:t>B. rừng cận xích đạo gió mùa.</w:t>
      </w:r>
    </w:p>
    <w:p>
      <w:pPr>
        <w:pStyle w:val="ListParagraph"/>
      </w:pPr>
      <w:r>
        <w:rPr>
          <w:sz w:val="22"/>
        </w:rPr>
        <w:t>C. rừng cận nhiệt đới khô.</w:t>
      </w:r>
    </w:p>
    <w:p>
      <w:pPr>
        <w:pStyle w:val="ListParagraph"/>
      </w:pPr>
      <w:r>
        <w:rPr>
          <w:sz w:val="22"/>
        </w:rPr>
        <w:t>D. rừng xích đạo gió mùa.</w:t>
      </w:r>
    </w:p>
    <w:p/>
    <w:p>
      <w:r>
        <w:rPr>
          <w:b/>
          <w:sz w:val="24"/>
        </w:rPr>
        <w:t>Câu 9: Sự phân hóa thiên nhiên của vùng biển - thềm lục địa, vùng đồng bằng ven biển và vùng đồi núi là biểu hiện của sự phân hóa theo chiều</w:t>
      </w:r>
    </w:p>
    <w:p>
      <w:pPr>
        <w:pStyle w:val="ListParagraph"/>
      </w:pPr>
      <w:r>
        <w:rPr>
          <w:sz w:val="22"/>
        </w:rPr>
        <w:t>A. Bắc - Nam.</w:t>
      </w:r>
    </w:p>
    <w:p>
      <w:pPr>
        <w:pStyle w:val="ListParagraph"/>
      </w:pPr>
      <w:r>
        <w:rPr>
          <w:sz w:val="22"/>
        </w:rPr>
        <w:t>B. Đông - Tây.</w:t>
      </w:r>
    </w:p>
    <w:p>
      <w:pPr>
        <w:pStyle w:val="ListParagraph"/>
      </w:pPr>
      <w:r>
        <w:rPr>
          <w:sz w:val="22"/>
        </w:rPr>
        <w:t>C. Độ cao.</w:t>
      </w:r>
    </w:p>
    <w:p>
      <w:pPr>
        <w:pStyle w:val="ListParagraph"/>
      </w:pPr>
      <w:r>
        <w:rPr>
          <w:sz w:val="22"/>
        </w:rPr>
        <w:t>D. Tây - Đông.</w:t>
      </w:r>
    </w:p>
    <w:p/>
    <w:p>
      <w:r>
        <w:rPr>
          <w:b/>
          <w:sz w:val="24"/>
        </w:rPr>
        <w:t>Câu 10: Sự phân hóa thiên nhiên giữa hai khu vực Đông Trường Sơn và Tây Nguyên chủ yếu do</w:t>
      </w:r>
    </w:p>
    <w:p>
      <w:pPr>
        <w:pStyle w:val="ListParagraph"/>
      </w:pPr>
      <w:r>
        <w:rPr>
          <w:sz w:val="22"/>
        </w:rPr>
        <w:t>A. tác động của gió mùa và hướng các dãy núi.</w:t>
      </w:r>
    </w:p>
    <w:p>
      <w:pPr>
        <w:pStyle w:val="ListParagraph"/>
      </w:pPr>
      <w:r>
        <w:rPr>
          <w:sz w:val="22"/>
        </w:rPr>
        <w:t>B. độ cao địa hình và ảnh hưởng của biển.</w:t>
      </w:r>
    </w:p>
    <w:p>
      <w:pPr>
        <w:pStyle w:val="ListParagraph"/>
      </w:pPr>
      <w:r>
        <w:rPr>
          <w:sz w:val="22"/>
        </w:rPr>
        <w:t>C. ảnh hưởng của biển và lớp phủ thực vật.</w:t>
      </w:r>
    </w:p>
    <w:p>
      <w:pPr>
        <w:pStyle w:val="ListParagraph"/>
      </w:pPr>
      <w:r>
        <w:rPr>
          <w:sz w:val="22"/>
        </w:rPr>
        <w:t>D. độ cao địa hình và hướng các dãy núi.</w:t>
      </w:r>
    </w:p>
    <w:p/>
    <w:p>
      <w:r>
        <w:rPr>
          <w:b/>
          <w:sz w:val="24"/>
        </w:rPr>
        <w:t>Câu 11: Nhân tố nào sau đây là chủ yếu tạo ra sự phân hóa thiên nhiên theo vĩ độ ở nước ta?</w:t>
      </w:r>
    </w:p>
    <w:p>
      <w:pPr>
        <w:pStyle w:val="ListParagraph"/>
      </w:pPr>
      <w:r>
        <w:rPr>
          <w:sz w:val="22"/>
        </w:rPr>
        <w:t>A. Địa hình.</w:t>
      </w:r>
    </w:p>
    <w:p>
      <w:pPr>
        <w:pStyle w:val="ListParagraph"/>
      </w:pPr>
      <w:r>
        <w:rPr>
          <w:sz w:val="22"/>
        </w:rPr>
        <w:t>B. Khí hậu.</w:t>
      </w:r>
    </w:p>
    <w:p>
      <w:pPr>
        <w:pStyle w:val="ListParagraph"/>
      </w:pPr>
      <w:r>
        <w:rPr>
          <w:sz w:val="22"/>
        </w:rPr>
        <w:t>C. Đất đai.</w:t>
      </w:r>
    </w:p>
    <w:p>
      <w:pPr>
        <w:pStyle w:val="ListParagraph"/>
      </w:pPr>
      <w:r>
        <w:rPr>
          <w:sz w:val="22"/>
        </w:rPr>
        <w:t>D. Sinh vật</w:t>
      </w:r>
    </w:p>
    <w:p/>
    <w:p>
      <w:r>
        <w:rPr>
          <w:b/>
          <w:sz w:val="24"/>
        </w:rPr>
        <w:t>Câu 12: Vùng nào sau đây có đầy đủ 3 đai cao?</w:t>
      </w:r>
    </w:p>
    <w:p>
      <w:pPr>
        <w:pStyle w:val="ListParagraph"/>
      </w:pPr>
      <w:r>
        <w:rPr>
          <w:sz w:val="22"/>
        </w:rPr>
        <w:t>A. Đông Bắc.</w:t>
      </w:r>
    </w:p>
    <w:p>
      <w:pPr>
        <w:pStyle w:val="ListParagraph"/>
      </w:pPr>
      <w:r>
        <w:rPr>
          <w:sz w:val="22"/>
        </w:rPr>
        <w:t>B. Tây Bắc.</w:t>
      </w:r>
    </w:p>
    <w:p>
      <w:pPr>
        <w:pStyle w:val="ListParagraph"/>
      </w:pPr>
      <w:r>
        <w:rPr>
          <w:sz w:val="22"/>
        </w:rPr>
        <w:t>C. Trường Sơn Bắc.</w:t>
      </w:r>
    </w:p>
    <w:p>
      <w:pPr>
        <w:pStyle w:val="ListParagraph"/>
      </w:pPr>
      <w:r>
        <w:rPr>
          <w:sz w:val="22"/>
        </w:rPr>
        <w:t>D. Trường Sơn Nam.</w:t>
      </w:r>
    </w:p>
    <w:p/>
    <w:p>
      <w:r>
        <w:rPr>
          <w:b/>
          <w:sz w:val="24"/>
        </w:rPr>
        <w:t>Câu 13: Vùng đồng bằng ven biển Trung Bộ có đặc điểm</w:t>
      </w:r>
    </w:p>
    <w:p>
      <w:pPr>
        <w:pStyle w:val="ListParagraph"/>
      </w:pPr>
      <w:r>
        <w:rPr>
          <w:sz w:val="22"/>
        </w:rPr>
        <w:t>A. thềm lục địa hẹp, giáp vùng biển sâu; thiên nhiên khắc nghiệt.</w:t>
      </w:r>
    </w:p>
    <w:p>
      <w:pPr>
        <w:pStyle w:val="ListParagraph"/>
      </w:pPr>
      <w:r>
        <w:rPr>
          <w:sz w:val="22"/>
        </w:rPr>
        <w:t>B. thềm lục địa nông, nhiều cồn cát, đầm phá; thiên nhiên khắc nghiệt.</w:t>
      </w:r>
    </w:p>
    <w:p>
      <w:pPr>
        <w:pStyle w:val="ListParagraph"/>
      </w:pPr>
      <w:r>
        <w:rPr>
          <w:sz w:val="22"/>
        </w:rPr>
        <w:t>C. thềm lục địa nông, nhiều cồn cát, đầm phá; thiên nhiên đa dạng.</w:t>
      </w:r>
    </w:p>
    <w:p>
      <w:pPr>
        <w:pStyle w:val="ListParagraph"/>
      </w:pPr>
      <w:r>
        <w:rPr>
          <w:sz w:val="22"/>
        </w:rPr>
        <w:t>D. thềm lục địa hẹp, nhiều cồn cát, đầm phá; đất đa dạng, màu mỡ.</w:t>
      </w:r>
    </w:p>
    <w:p/>
    <w:p>
      <w:r>
        <w:rPr>
          <w:b/>
          <w:sz w:val="24"/>
        </w:rPr>
        <w:t>Câu 14: Biên độ nhiệt năm ở phía Bắc cao hơn ở phía Nam chủ yếu do</w:t>
      </w:r>
    </w:p>
    <w:p>
      <w:pPr>
        <w:pStyle w:val="ListParagraph"/>
      </w:pPr>
      <w:r>
        <w:rPr>
          <w:sz w:val="22"/>
        </w:rPr>
        <w:t>A. gần chí tuyến, có gió Tín phong.</w:t>
      </w:r>
    </w:p>
    <w:p>
      <w:pPr>
        <w:pStyle w:val="ListParagraph"/>
      </w:pPr>
      <w:r>
        <w:rPr>
          <w:sz w:val="22"/>
        </w:rPr>
        <w:t>B. có mùa đông lạnh, địa hình thấp.</w:t>
      </w:r>
    </w:p>
    <w:p>
      <w:pPr>
        <w:pStyle w:val="ListParagraph"/>
      </w:pPr>
      <w:r>
        <w:rPr>
          <w:sz w:val="22"/>
        </w:rPr>
        <w:t>C. có gió fơn Tây Nam, địa hình cao.</w:t>
      </w:r>
    </w:p>
    <w:p>
      <w:pPr>
        <w:pStyle w:val="ListParagraph"/>
      </w:pPr>
      <w:r>
        <w:rPr>
          <w:sz w:val="22"/>
        </w:rPr>
        <w:t>D. gần chí tuyến, có mùa đông lạnh.</w:t>
      </w:r>
    </w:p>
    <w:p/>
    <w:p>
      <w:r>
        <w:rPr>
          <w:b/>
          <w:sz w:val="24"/>
        </w:rPr>
        <w:t>Câu 15: Rừng cây họ Dầu ở miền Nam Trung Bộ và Nam Bộ phát triển mạnh mẽ chủ yếu là do</w:t>
      </w:r>
    </w:p>
    <w:p>
      <w:pPr>
        <w:pStyle w:val="ListParagraph"/>
      </w:pPr>
      <w:r>
        <w:rPr>
          <w:sz w:val="22"/>
        </w:rPr>
        <w:t>A. đất phèn, mặn chiếm diện tích lớn.</w:t>
      </w:r>
    </w:p>
    <w:p>
      <w:pPr>
        <w:pStyle w:val="ListParagraph"/>
      </w:pPr>
      <w:r>
        <w:rPr>
          <w:sz w:val="22"/>
        </w:rPr>
        <w:t>B. khí hậu cận xích đạo, mùa khô rõ rệt.</w:t>
      </w:r>
    </w:p>
    <w:p>
      <w:pPr>
        <w:pStyle w:val="ListParagraph"/>
      </w:pPr>
      <w:r>
        <w:rPr>
          <w:sz w:val="22"/>
        </w:rPr>
        <w:t>C. mưa nhiều, nhiệt độ quanh năm cao.</w:t>
      </w:r>
    </w:p>
    <w:p>
      <w:pPr>
        <w:pStyle w:val="ListParagraph"/>
      </w:pPr>
      <w:r>
        <w:rPr>
          <w:sz w:val="22"/>
        </w:rPr>
        <w:t>D. nền nhiệt cao, biên độ nhiệt năm nhỏ.</w:t>
      </w:r>
    </w:p>
    <w:p/>
    <w:p>
      <w:r>
        <w:rPr>
          <w:b/>
          <w:sz w:val="24"/>
        </w:rPr>
        <w:t>Câu 16: Tính nhiệt đới ở miền Tây Bắc và Bắc Trung Bộ tăng dần về phía Nam không phải là do</w:t>
      </w:r>
    </w:p>
    <w:p>
      <w:pPr>
        <w:pStyle w:val="ListParagraph"/>
      </w:pPr>
      <w:r>
        <w:rPr>
          <w:sz w:val="22"/>
        </w:rPr>
        <w:t>A. ảnh hưởng của gió mùa Đông Bắc bị giảm sút.</w:t>
      </w:r>
    </w:p>
    <w:p>
      <w:pPr>
        <w:pStyle w:val="ListParagraph"/>
      </w:pPr>
      <w:r>
        <w:rPr>
          <w:sz w:val="22"/>
        </w:rPr>
        <w:t>B. càng gần xích đạo nên lượng bức xạ càng tăng.</w:t>
      </w:r>
    </w:p>
    <w:p>
      <w:pPr>
        <w:pStyle w:val="ListParagraph"/>
      </w:pPr>
      <w:r>
        <w:rPr>
          <w:sz w:val="22"/>
        </w:rPr>
        <w:t>C. ảnh hưởng của gió phơn Tây Nam khô nóng.</w:t>
      </w:r>
    </w:p>
    <w:p>
      <w:pPr>
        <w:pStyle w:val="ListParagraph"/>
      </w:pPr>
      <w:r>
        <w:rPr>
          <w:sz w:val="22"/>
        </w:rPr>
        <w:t>D. Tín phong Đông Bắc thổi ổn định quanh năm.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