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Bài trắc nghiệm - ### **Paragraph 1: Purpose of the memo**</w:t>
      </w:r>
    </w:p>
    <w:p>
      <w:pPr>
        <w:jc w:val="center"/>
      </w:pPr>
      <w:r>
        <w:rPr>
          <w:sz w:val="22"/>
        </w:rPr>
        <w:t>Số câu: 33    Thời gian: _____ phút    Họ và tên: _________________________</w:t>
      </w:r>
    </w:p>
    <w:p/>
    <w:p>
      <w:r>
        <w:rPr>
          <w:b/>
          <w:sz w:val="24"/>
        </w:rPr>
        <w:t>Câu 1: Which word/phrase matches the definition: "to suggest an idea or a person"?</w:t>
      </w:r>
    </w:p>
    <w:p>
      <w:pPr>
        <w:pStyle w:val="ListParagraph"/>
      </w:pPr>
      <w:r>
        <w:rPr>
          <w:sz w:val="22"/>
        </w:rPr>
        <w:t>A. department</w:t>
      </w:r>
    </w:p>
    <w:p>
      <w:pPr>
        <w:pStyle w:val="ListParagraph"/>
      </w:pPr>
      <w:r>
        <w:rPr>
          <w:sz w:val="22"/>
        </w:rPr>
        <w:t>B. propose</w:t>
      </w:r>
    </w:p>
    <w:p>
      <w:pPr>
        <w:pStyle w:val="ListParagraph"/>
      </w:pPr>
      <w:r>
        <w:rPr>
          <w:sz w:val="22"/>
        </w:rPr>
        <w:t>C. liaise</w:t>
      </w:r>
    </w:p>
    <w:p>
      <w:pPr>
        <w:pStyle w:val="ListParagraph"/>
      </w:pPr>
      <w:r>
        <w:rPr>
          <w:sz w:val="22"/>
        </w:rPr>
        <w:t>D. analgesic</w:t>
      </w:r>
    </w:p>
    <w:p/>
    <w:p>
      <w:r>
        <w:rPr>
          <w:b/>
          <w:sz w:val="24"/>
        </w:rPr>
        <w:t>Câu 2: Which word/phrase matches the definition: "a section of an organization"?</w:t>
      </w:r>
    </w:p>
    <w:p>
      <w:pPr>
        <w:pStyle w:val="ListParagraph"/>
      </w:pPr>
      <w:r>
        <w:rPr>
          <w:sz w:val="22"/>
        </w:rPr>
        <w:t>A. department</w:t>
      </w:r>
    </w:p>
    <w:p>
      <w:pPr>
        <w:pStyle w:val="ListParagraph"/>
      </w:pPr>
      <w:r>
        <w:rPr>
          <w:sz w:val="22"/>
        </w:rPr>
        <w:t>B. prescription drug</w:t>
      </w:r>
    </w:p>
    <w:p>
      <w:pPr>
        <w:pStyle w:val="ListParagraph"/>
      </w:pPr>
      <w:r>
        <w:rPr>
          <w:sz w:val="22"/>
        </w:rPr>
        <w:t>C. project team</w:t>
      </w:r>
    </w:p>
    <w:p>
      <w:pPr>
        <w:pStyle w:val="ListParagraph"/>
      </w:pPr>
      <w:r>
        <w:rPr>
          <w:sz w:val="22"/>
        </w:rPr>
        <w:t>D. Regulatory Affairs</w:t>
      </w:r>
    </w:p>
    <w:p/>
    <w:p>
      <w:r>
        <w:rPr>
          <w:b/>
          <w:sz w:val="24"/>
        </w:rPr>
        <w:t>Câu 3: Which word/phrase matches the definition: "to communicate and work with others"?</w:t>
      </w:r>
    </w:p>
    <w:p>
      <w:pPr>
        <w:pStyle w:val="ListParagraph"/>
      </w:pPr>
      <w:r>
        <w:rPr>
          <w:sz w:val="22"/>
        </w:rPr>
        <w:t>A. propose</w:t>
      </w:r>
    </w:p>
    <w:p>
      <w:pPr>
        <w:pStyle w:val="ListParagraph"/>
      </w:pPr>
      <w:r>
        <w:rPr>
          <w:sz w:val="22"/>
        </w:rPr>
        <w:t>B. invite</w:t>
      </w:r>
    </w:p>
    <w:p>
      <w:pPr>
        <w:pStyle w:val="ListParagraph"/>
      </w:pPr>
      <w:r>
        <w:rPr>
          <w:sz w:val="22"/>
        </w:rPr>
        <w:t>C. liaise</w:t>
      </w:r>
    </w:p>
    <w:p>
      <w:pPr>
        <w:pStyle w:val="ListParagraph"/>
      </w:pPr>
      <w:r>
        <w:rPr>
          <w:sz w:val="22"/>
        </w:rPr>
        <w:t>D. foresee</w:t>
      </w:r>
    </w:p>
    <w:p/>
    <w:p>
      <w:r>
        <w:rPr>
          <w:b/>
          <w:sz w:val="24"/>
        </w:rPr>
        <w:t>Câu 4: Which word/phrase matches the definition: "medicine available only with a doctor's prescription"?</w:t>
      </w:r>
    </w:p>
    <w:p>
      <w:pPr>
        <w:pStyle w:val="ListParagraph"/>
      </w:pPr>
      <w:r>
        <w:rPr>
          <w:sz w:val="22"/>
        </w:rPr>
        <w:t>A. analgesic</w:t>
      </w:r>
    </w:p>
    <w:p>
      <w:pPr>
        <w:pStyle w:val="ListParagraph"/>
      </w:pPr>
      <w:r>
        <w:rPr>
          <w:sz w:val="22"/>
        </w:rPr>
        <w:t>B. prescription drug</w:t>
      </w:r>
    </w:p>
    <w:p>
      <w:pPr>
        <w:pStyle w:val="ListParagraph"/>
      </w:pPr>
      <w:r>
        <w:rPr>
          <w:sz w:val="22"/>
        </w:rPr>
        <w:t>C. dosage form</w:t>
      </w:r>
    </w:p>
    <w:p>
      <w:pPr>
        <w:pStyle w:val="ListParagraph"/>
      </w:pPr>
      <w:r>
        <w:rPr>
          <w:sz w:val="22"/>
        </w:rPr>
        <w:t>D. capsule</w:t>
      </w:r>
    </w:p>
    <w:p/>
    <w:p>
      <w:r>
        <w:rPr>
          <w:b/>
          <w:sz w:val="24"/>
        </w:rPr>
        <w:t>Câu 5: Which word/phrase matches the definition: "a medicine that relieves pain"?</w:t>
      </w:r>
    </w:p>
    <w:p>
      <w:pPr>
        <w:pStyle w:val="ListParagraph"/>
      </w:pPr>
      <w:r>
        <w:rPr>
          <w:sz w:val="22"/>
        </w:rPr>
        <w:t>A. analgesic</w:t>
      </w:r>
    </w:p>
    <w:p>
      <w:pPr>
        <w:pStyle w:val="ListParagraph"/>
      </w:pPr>
      <w:r>
        <w:rPr>
          <w:sz w:val="22"/>
        </w:rPr>
        <w:t>B. prescription drug</w:t>
      </w:r>
    </w:p>
    <w:p>
      <w:pPr>
        <w:pStyle w:val="ListParagraph"/>
      </w:pPr>
      <w:r>
        <w:rPr>
          <w:sz w:val="22"/>
        </w:rPr>
        <w:t>C. sugar-coated tablet</w:t>
      </w:r>
    </w:p>
    <w:p>
      <w:pPr>
        <w:pStyle w:val="ListParagraph"/>
      </w:pPr>
      <w:r>
        <w:rPr>
          <w:sz w:val="22"/>
        </w:rPr>
        <w:t>D. capsule</w:t>
      </w:r>
    </w:p>
    <w:p/>
    <w:p>
      <w:r>
        <w:rPr>
          <w:b/>
          <w:sz w:val="24"/>
        </w:rPr>
        <w:t>Câu 6: Which word/phrase matches the definition: "a study to see if a plan can work"?</w:t>
      </w:r>
    </w:p>
    <w:p>
      <w:pPr>
        <w:pStyle w:val="ListParagraph"/>
      </w:pPr>
      <w:r>
        <w:rPr>
          <w:sz w:val="22"/>
        </w:rPr>
        <w:t>A. clinical trial</w:t>
      </w:r>
    </w:p>
    <w:p>
      <w:pPr>
        <w:pStyle w:val="ListParagraph"/>
      </w:pPr>
      <w:r>
        <w:rPr>
          <w:sz w:val="22"/>
        </w:rPr>
        <w:t>B. feasibility study</w:t>
      </w:r>
    </w:p>
    <w:p>
      <w:pPr>
        <w:pStyle w:val="ListParagraph"/>
      </w:pPr>
      <w:r>
        <w:rPr>
          <w:sz w:val="22"/>
        </w:rPr>
        <w:t>C. kick-off meeting</w:t>
      </w:r>
    </w:p>
    <w:p>
      <w:pPr>
        <w:pStyle w:val="ListParagraph"/>
      </w:pPr>
      <w:r>
        <w:rPr>
          <w:sz w:val="22"/>
        </w:rPr>
        <w:t>D. target patient profile</w:t>
      </w:r>
    </w:p>
    <w:p/>
    <w:p>
      <w:r>
        <w:rPr>
          <w:b/>
          <w:sz w:val="24"/>
        </w:rPr>
        <w:t>Câu 7: Which word/phrase matches the definition: "before testing in humans"?</w:t>
      </w:r>
    </w:p>
    <w:p>
      <w:pPr>
        <w:pStyle w:val="ListParagraph"/>
      </w:pPr>
      <w:r>
        <w:rPr>
          <w:sz w:val="22"/>
        </w:rPr>
        <w:t>A. preclinical</w:t>
      </w:r>
    </w:p>
    <w:p>
      <w:pPr>
        <w:pStyle w:val="ListParagraph"/>
      </w:pPr>
      <w:r>
        <w:rPr>
          <w:sz w:val="22"/>
        </w:rPr>
        <w:t>B. clinical trial</w:t>
      </w:r>
    </w:p>
    <w:p>
      <w:pPr>
        <w:pStyle w:val="ListParagraph"/>
      </w:pPr>
      <w:r>
        <w:rPr>
          <w:sz w:val="22"/>
        </w:rPr>
        <w:t>C. clinical requirements</w:t>
      </w:r>
    </w:p>
    <w:p>
      <w:pPr>
        <w:pStyle w:val="ListParagraph"/>
      </w:pPr>
      <w:r>
        <w:rPr>
          <w:sz w:val="22"/>
        </w:rPr>
        <w:t>D. brief bio</w:t>
      </w:r>
    </w:p>
    <w:p/>
    <w:p>
      <w:r>
        <w:rPr>
          <w:b/>
          <w:sz w:val="24"/>
        </w:rPr>
        <w:t>Câu 8: Which word/phrase matches the definition: "a test of a treatment in people"?</w:t>
      </w:r>
    </w:p>
    <w:p>
      <w:pPr>
        <w:pStyle w:val="ListParagraph"/>
      </w:pPr>
      <w:r>
        <w:rPr>
          <w:sz w:val="22"/>
        </w:rPr>
        <w:t>A. feasibility study</w:t>
      </w:r>
    </w:p>
    <w:p>
      <w:pPr>
        <w:pStyle w:val="ListParagraph"/>
      </w:pPr>
      <w:r>
        <w:rPr>
          <w:sz w:val="22"/>
        </w:rPr>
        <w:t>B. preclinical</w:t>
      </w:r>
    </w:p>
    <w:p>
      <w:pPr>
        <w:pStyle w:val="ListParagraph"/>
      </w:pPr>
      <w:r>
        <w:rPr>
          <w:sz w:val="22"/>
        </w:rPr>
        <w:t>C. clinical trial</w:t>
      </w:r>
    </w:p>
    <w:p>
      <w:pPr>
        <w:pStyle w:val="ListParagraph"/>
      </w:pPr>
      <w:r>
        <w:rPr>
          <w:sz w:val="22"/>
        </w:rPr>
        <w:t>D. video conference</w:t>
      </w:r>
    </w:p>
    <w:p/>
    <w:p>
      <w:r>
        <w:rPr>
          <w:b/>
          <w:sz w:val="24"/>
        </w:rPr>
        <w:t>Câu 9: Which word/phrase matches the definition: "people working together on a project"?</w:t>
      </w:r>
    </w:p>
    <w:p>
      <w:pPr>
        <w:pStyle w:val="ListParagraph"/>
      </w:pPr>
      <w:r>
        <w:rPr>
          <w:sz w:val="22"/>
        </w:rPr>
        <w:t>A. Regulatory Affairs</w:t>
      </w:r>
    </w:p>
    <w:p>
      <w:pPr>
        <w:pStyle w:val="ListParagraph"/>
      </w:pPr>
      <w:r>
        <w:rPr>
          <w:sz w:val="22"/>
        </w:rPr>
        <w:t>B. project team</w:t>
      </w:r>
    </w:p>
    <w:p>
      <w:pPr>
        <w:pStyle w:val="ListParagraph"/>
      </w:pPr>
      <w:r>
        <w:rPr>
          <w:sz w:val="22"/>
        </w:rPr>
        <w:t>C. quality assurance (QA)</w:t>
      </w:r>
    </w:p>
    <w:p>
      <w:pPr>
        <w:pStyle w:val="ListParagraph"/>
      </w:pPr>
      <w:r>
        <w:rPr>
          <w:sz w:val="22"/>
        </w:rPr>
        <w:t>D. project manager</w:t>
      </w:r>
    </w:p>
    <w:p/>
    <w:p>
      <w:r>
        <w:rPr>
          <w:b/>
          <w:sz w:val="24"/>
        </w:rPr>
        <w:t>Câu 10: Which word/phrase matches the definition: "the first meeting of a project"?</w:t>
      </w:r>
    </w:p>
    <w:p>
      <w:pPr>
        <w:pStyle w:val="ListParagraph"/>
      </w:pPr>
      <w:r>
        <w:rPr>
          <w:sz w:val="22"/>
        </w:rPr>
        <w:t>A. kick-off meeting</w:t>
      </w:r>
    </w:p>
    <w:p>
      <w:pPr>
        <w:pStyle w:val="ListParagraph"/>
      </w:pPr>
      <w:r>
        <w:rPr>
          <w:sz w:val="22"/>
        </w:rPr>
        <w:t>B. video conference</w:t>
      </w:r>
    </w:p>
    <w:p>
      <w:pPr>
        <w:pStyle w:val="ListParagraph"/>
      </w:pPr>
      <w:r>
        <w:rPr>
          <w:sz w:val="22"/>
        </w:rPr>
        <w:t>C. feasibility study</w:t>
      </w:r>
    </w:p>
    <w:p>
      <w:pPr>
        <w:pStyle w:val="ListParagraph"/>
      </w:pPr>
      <w:r>
        <w:rPr>
          <w:sz w:val="22"/>
        </w:rPr>
        <w:t>D. clinical trial</w:t>
      </w:r>
    </w:p>
    <w:p/>
    <w:p>
      <w:r>
        <w:rPr>
          <w:b/>
          <w:sz w:val="24"/>
        </w:rPr>
        <w:t>Câu 11: Which word/phrase matches the definition: "a temporary name used during development"?</w:t>
      </w:r>
    </w:p>
    <w:p>
      <w:pPr>
        <w:pStyle w:val="ListParagraph"/>
      </w:pPr>
      <w:r>
        <w:rPr>
          <w:sz w:val="22"/>
        </w:rPr>
        <w:t>A. working name</w:t>
      </w:r>
    </w:p>
    <w:p>
      <w:pPr>
        <w:pStyle w:val="ListParagraph"/>
      </w:pPr>
      <w:r>
        <w:rPr>
          <w:sz w:val="22"/>
        </w:rPr>
        <w:t>B. dosage form</w:t>
      </w:r>
    </w:p>
    <w:p>
      <w:pPr>
        <w:pStyle w:val="ListParagraph"/>
      </w:pPr>
      <w:r>
        <w:rPr>
          <w:sz w:val="22"/>
        </w:rPr>
        <w:t>C. brief bio</w:t>
      </w:r>
    </w:p>
    <w:p>
      <w:pPr>
        <w:pStyle w:val="ListParagraph"/>
      </w:pPr>
      <w:r>
        <w:rPr>
          <w:sz w:val="22"/>
        </w:rPr>
        <w:t>D. target patient profile</w:t>
      </w:r>
    </w:p>
    <w:p/>
    <w:p>
      <w:r>
        <w:rPr>
          <w:b/>
          <w:sz w:val="24"/>
        </w:rPr>
        <w:t>Câu 12: Which word/phrase matches the definition: "the form in which a medicine is made"?</w:t>
      </w:r>
    </w:p>
    <w:p>
      <w:pPr>
        <w:pStyle w:val="ListParagraph"/>
      </w:pPr>
      <w:r>
        <w:rPr>
          <w:sz w:val="22"/>
        </w:rPr>
        <w:t>A. capsule</w:t>
      </w:r>
    </w:p>
    <w:p>
      <w:pPr>
        <w:pStyle w:val="ListParagraph"/>
      </w:pPr>
      <w:r>
        <w:rPr>
          <w:sz w:val="22"/>
        </w:rPr>
        <w:t>B. sugar-coated tablet</w:t>
      </w:r>
    </w:p>
    <w:p>
      <w:pPr>
        <w:pStyle w:val="ListParagraph"/>
      </w:pPr>
      <w:r>
        <w:rPr>
          <w:sz w:val="22"/>
        </w:rPr>
        <w:t>C. dosage form</w:t>
      </w:r>
    </w:p>
    <w:p>
      <w:pPr>
        <w:pStyle w:val="ListParagraph"/>
      </w:pPr>
      <w:r>
        <w:rPr>
          <w:sz w:val="22"/>
        </w:rPr>
        <w:t>D. working name</w:t>
      </w:r>
    </w:p>
    <w:p/>
    <w:p>
      <w:r>
        <w:rPr>
          <w:b/>
          <w:sz w:val="24"/>
        </w:rPr>
        <w:t>Câu 13: Which word/phrase matches the definition: "a small shell containing medicine"?</w:t>
      </w:r>
    </w:p>
    <w:p>
      <w:pPr>
        <w:pStyle w:val="ListParagraph"/>
      </w:pPr>
      <w:r>
        <w:rPr>
          <w:sz w:val="22"/>
        </w:rPr>
        <w:t>A. capsule</w:t>
      </w:r>
    </w:p>
    <w:p>
      <w:pPr>
        <w:pStyle w:val="ListParagraph"/>
      </w:pPr>
      <w:r>
        <w:rPr>
          <w:sz w:val="22"/>
        </w:rPr>
        <w:t>B. sugar-coated tablet</w:t>
      </w:r>
    </w:p>
    <w:p>
      <w:pPr>
        <w:pStyle w:val="ListParagraph"/>
      </w:pPr>
      <w:r>
        <w:rPr>
          <w:sz w:val="22"/>
        </w:rPr>
        <w:t>C. prescription drug</w:t>
      </w:r>
    </w:p>
    <w:p>
      <w:pPr>
        <w:pStyle w:val="ListParagraph"/>
      </w:pPr>
      <w:r>
        <w:rPr>
          <w:sz w:val="22"/>
        </w:rPr>
        <w:t>D. analgesic</w:t>
      </w:r>
    </w:p>
    <w:p/>
    <w:p>
      <w:r>
        <w:rPr>
          <w:b/>
          <w:sz w:val="24"/>
        </w:rPr>
        <w:t>Câu 14: Which word/phrase matches the definition: "a tablet covered with sugar"?</w:t>
      </w:r>
    </w:p>
    <w:p>
      <w:pPr>
        <w:pStyle w:val="ListParagraph"/>
      </w:pPr>
      <w:r>
        <w:rPr>
          <w:sz w:val="22"/>
        </w:rPr>
        <w:t>A. capsule</w:t>
      </w:r>
    </w:p>
    <w:p>
      <w:pPr>
        <w:pStyle w:val="ListParagraph"/>
      </w:pPr>
      <w:r>
        <w:rPr>
          <w:sz w:val="22"/>
        </w:rPr>
        <w:t>B. sugar-coated tablet</w:t>
      </w:r>
    </w:p>
    <w:p>
      <w:pPr>
        <w:pStyle w:val="ListParagraph"/>
      </w:pPr>
      <w:r>
        <w:rPr>
          <w:sz w:val="22"/>
        </w:rPr>
        <w:t>C. dosage form</w:t>
      </w:r>
    </w:p>
    <w:p>
      <w:pPr>
        <w:pStyle w:val="ListParagraph"/>
      </w:pPr>
      <w:r>
        <w:rPr>
          <w:sz w:val="22"/>
        </w:rPr>
        <w:t>D. prescription drug</w:t>
      </w:r>
    </w:p>
    <w:p/>
    <w:p>
      <w:r>
        <w:rPr>
          <w:b/>
          <w:sz w:val="24"/>
        </w:rPr>
        <w:t>Câu 15: Which word/phrase matches the definition: "permission from the US drug regulator"?</w:t>
      </w:r>
    </w:p>
    <w:p>
      <w:pPr>
        <w:pStyle w:val="ListParagraph"/>
      </w:pPr>
      <w:r>
        <w:rPr>
          <w:sz w:val="22"/>
        </w:rPr>
        <w:t>A. FDA approval</w:t>
      </w:r>
    </w:p>
    <w:p>
      <w:pPr>
        <w:pStyle w:val="ListParagraph"/>
      </w:pPr>
      <w:r>
        <w:rPr>
          <w:sz w:val="22"/>
        </w:rPr>
        <w:t>B. Regulatory Affairs</w:t>
      </w:r>
    </w:p>
    <w:p>
      <w:pPr>
        <w:pStyle w:val="ListParagraph"/>
      </w:pPr>
      <w:r>
        <w:rPr>
          <w:sz w:val="22"/>
        </w:rPr>
        <w:t>C. quality assurance (QA)</w:t>
      </w:r>
    </w:p>
    <w:p>
      <w:pPr>
        <w:pStyle w:val="ListParagraph"/>
      </w:pPr>
      <w:r>
        <w:rPr>
          <w:sz w:val="22"/>
        </w:rPr>
        <w:t>D. qualified person</w:t>
      </w:r>
    </w:p>
    <w:p/>
    <w:p>
      <w:r>
        <w:rPr>
          <w:b/>
          <w:sz w:val="24"/>
        </w:rPr>
        <w:t>Câu 16: Which word/phrase matches the definition: "the team handling rules and approvals"?</w:t>
      </w:r>
    </w:p>
    <w:p>
      <w:pPr>
        <w:pStyle w:val="ListParagraph"/>
      </w:pPr>
      <w:r>
        <w:rPr>
          <w:sz w:val="22"/>
        </w:rPr>
        <w:t>A. Regulatory Affairs</w:t>
      </w:r>
    </w:p>
    <w:p>
      <w:pPr>
        <w:pStyle w:val="ListParagraph"/>
      </w:pPr>
      <w:r>
        <w:rPr>
          <w:sz w:val="22"/>
        </w:rPr>
        <w:t>B. quality assurance (QA)</w:t>
      </w:r>
    </w:p>
    <w:p>
      <w:pPr>
        <w:pStyle w:val="ListParagraph"/>
      </w:pPr>
      <w:r>
        <w:rPr>
          <w:sz w:val="22"/>
        </w:rPr>
        <w:t>C. project team</w:t>
      </w:r>
    </w:p>
    <w:p>
      <w:pPr>
        <w:pStyle w:val="ListParagraph"/>
      </w:pPr>
      <w:r>
        <w:rPr>
          <w:sz w:val="22"/>
        </w:rPr>
        <w:t>D. pharmacovigilance manager</w:t>
      </w:r>
    </w:p>
    <w:p/>
    <w:p>
      <w:r>
        <w:rPr>
          <w:b/>
          <w:sz w:val="24"/>
        </w:rPr>
        <w:t>Câu 17: Which word/phrase matches the definition: "work to ensure products meet standards"?</w:t>
      </w:r>
    </w:p>
    <w:p>
      <w:pPr>
        <w:pStyle w:val="ListParagraph"/>
      </w:pPr>
      <w:r>
        <w:rPr>
          <w:sz w:val="22"/>
        </w:rPr>
        <w:t>A. Regulatory Affairs</w:t>
      </w:r>
    </w:p>
    <w:p>
      <w:pPr>
        <w:pStyle w:val="ListParagraph"/>
      </w:pPr>
      <w:r>
        <w:rPr>
          <w:sz w:val="22"/>
        </w:rPr>
        <w:t>B. quality assurance (QA)</w:t>
      </w:r>
    </w:p>
    <w:p>
      <w:pPr>
        <w:pStyle w:val="ListParagraph"/>
      </w:pPr>
      <w:r>
        <w:rPr>
          <w:sz w:val="22"/>
        </w:rPr>
        <w:t>C. clinical requirements</w:t>
      </w:r>
    </w:p>
    <w:p>
      <w:pPr>
        <w:pStyle w:val="ListParagraph"/>
      </w:pPr>
      <w:r>
        <w:rPr>
          <w:sz w:val="22"/>
        </w:rPr>
        <w:t>D. FDA approval</w:t>
      </w:r>
    </w:p>
    <w:p/>
    <w:p>
      <w:r>
        <w:rPr>
          <w:b/>
          <w:sz w:val="24"/>
        </w:rPr>
        <w:t>Câu 18: Which word/phrase matches the definition: "description of the patients a product is for"?</w:t>
      </w:r>
    </w:p>
    <w:p>
      <w:pPr>
        <w:pStyle w:val="ListParagraph"/>
      </w:pPr>
      <w:r>
        <w:rPr>
          <w:sz w:val="22"/>
        </w:rPr>
        <w:t>A. brief bio</w:t>
      </w:r>
    </w:p>
    <w:p>
      <w:pPr>
        <w:pStyle w:val="ListParagraph"/>
      </w:pPr>
      <w:r>
        <w:rPr>
          <w:sz w:val="22"/>
        </w:rPr>
        <w:t>B. target patient profile</w:t>
      </w:r>
    </w:p>
    <w:p>
      <w:pPr>
        <w:pStyle w:val="ListParagraph"/>
      </w:pPr>
      <w:r>
        <w:rPr>
          <w:sz w:val="22"/>
        </w:rPr>
        <w:t>C. contact details</w:t>
      </w:r>
    </w:p>
    <w:p>
      <w:pPr>
        <w:pStyle w:val="ListParagraph"/>
      </w:pPr>
      <w:r>
        <w:rPr>
          <w:sz w:val="22"/>
        </w:rPr>
        <w:t>D. working name</w:t>
      </w:r>
    </w:p>
    <w:p/>
    <w:p>
      <w:r>
        <w:rPr>
          <w:b/>
          <w:sz w:val="24"/>
        </w:rPr>
        <w:t>Câu 19: Which word/phrase matches the definition: "needs that must be met in clinical work"?</w:t>
      </w:r>
    </w:p>
    <w:p>
      <w:pPr>
        <w:pStyle w:val="ListParagraph"/>
      </w:pPr>
      <w:r>
        <w:rPr>
          <w:sz w:val="22"/>
        </w:rPr>
        <w:t>A. clinical trial</w:t>
      </w:r>
    </w:p>
    <w:p>
      <w:pPr>
        <w:pStyle w:val="ListParagraph"/>
      </w:pPr>
      <w:r>
        <w:rPr>
          <w:sz w:val="22"/>
        </w:rPr>
        <w:t>B. clinical requirements</w:t>
      </w:r>
    </w:p>
    <w:p>
      <w:pPr>
        <w:pStyle w:val="ListParagraph"/>
      </w:pPr>
      <w:r>
        <w:rPr>
          <w:sz w:val="22"/>
        </w:rPr>
        <w:t>C. feasibility study</w:t>
      </w:r>
    </w:p>
    <w:p>
      <w:pPr>
        <w:pStyle w:val="ListParagraph"/>
      </w:pPr>
      <w:r>
        <w:rPr>
          <w:sz w:val="22"/>
        </w:rPr>
        <w:t>D. FDA approval</w:t>
      </w:r>
    </w:p>
    <w:p/>
    <w:p>
      <w:r>
        <w:rPr>
          <w:b/>
          <w:sz w:val="24"/>
        </w:rPr>
        <w:t>Câu 20: Which word/phrase matches the definition: "a meeting held using video technology"?</w:t>
      </w:r>
    </w:p>
    <w:p>
      <w:pPr>
        <w:pStyle w:val="ListParagraph"/>
      </w:pPr>
      <w:r>
        <w:rPr>
          <w:sz w:val="22"/>
        </w:rPr>
        <w:t>A. kick-off meeting</w:t>
      </w:r>
    </w:p>
    <w:p>
      <w:pPr>
        <w:pStyle w:val="ListParagraph"/>
      </w:pPr>
      <w:r>
        <w:rPr>
          <w:sz w:val="22"/>
        </w:rPr>
        <w:t>B. video conference</w:t>
      </w:r>
    </w:p>
    <w:p>
      <w:pPr>
        <w:pStyle w:val="ListParagraph"/>
      </w:pPr>
      <w:r>
        <w:rPr>
          <w:sz w:val="22"/>
        </w:rPr>
        <w:t>C. feasibility study</w:t>
      </w:r>
    </w:p>
    <w:p>
      <w:pPr>
        <w:pStyle w:val="ListParagraph"/>
      </w:pPr>
      <w:r>
        <w:rPr>
          <w:sz w:val="22"/>
        </w:rPr>
        <w:t>D. contact details</w:t>
      </w:r>
    </w:p>
    <w:p/>
    <w:p>
      <w:r>
        <w:rPr>
          <w:b/>
          <w:sz w:val="24"/>
        </w:rPr>
        <w:t>Câu 21: Which word/phrase matches the definition: "information used to contact someone"?</w:t>
      </w:r>
    </w:p>
    <w:p>
      <w:pPr>
        <w:pStyle w:val="ListParagraph"/>
      </w:pPr>
      <w:r>
        <w:rPr>
          <w:sz w:val="22"/>
        </w:rPr>
        <w:t>A. contact details</w:t>
      </w:r>
    </w:p>
    <w:p>
      <w:pPr>
        <w:pStyle w:val="ListParagraph"/>
      </w:pPr>
      <w:r>
        <w:rPr>
          <w:sz w:val="22"/>
        </w:rPr>
        <w:t>B. brief bio</w:t>
      </w:r>
    </w:p>
    <w:p>
      <w:pPr>
        <w:pStyle w:val="ListParagraph"/>
      </w:pPr>
      <w:r>
        <w:rPr>
          <w:sz w:val="22"/>
        </w:rPr>
        <w:t>C. target patient profile</w:t>
      </w:r>
    </w:p>
    <w:p>
      <w:pPr>
        <w:pStyle w:val="ListParagraph"/>
      </w:pPr>
      <w:r>
        <w:rPr>
          <w:sz w:val="22"/>
        </w:rPr>
        <w:t>D. working name</w:t>
      </w:r>
    </w:p>
    <w:p/>
    <w:p>
      <w:r>
        <w:rPr>
          <w:b/>
          <w:sz w:val="24"/>
        </w:rPr>
        <w:t>Câu 22: Which word/phrase matches the definition: "a short description of someone's background"?</w:t>
      </w:r>
    </w:p>
    <w:p>
      <w:pPr>
        <w:pStyle w:val="ListParagraph"/>
      </w:pPr>
      <w:r>
        <w:rPr>
          <w:sz w:val="22"/>
        </w:rPr>
        <w:t>A. contact details</w:t>
      </w:r>
    </w:p>
    <w:p>
      <w:pPr>
        <w:pStyle w:val="ListParagraph"/>
      </w:pPr>
      <w:r>
        <w:rPr>
          <w:sz w:val="22"/>
        </w:rPr>
        <w:t>B. brief bio</w:t>
      </w:r>
    </w:p>
    <w:p>
      <w:pPr>
        <w:pStyle w:val="ListParagraph"/>
      </w:pPr>
      <w:r>
        <w:rPr>
          <w:sz w:val="22"/>
        </w:rPr>
        <w:t>C. target patient profile</w:t>
      </w:r>
    </w:p>
    <w:p>
      <w:pPr>
        <w:pStyle w:val="ListParagraph"/>
      </w:pPr>
      <w:r>
        <w:rPr>
          <w:sz w:val="22"/>
        </w:rPr>
        <w:t>D. working name</w:t>
      </w:r>
    </w:p>
    <w:p/>
    <w:p>
      <w:r>
        <w:rPr>
          <w:b/>
          <w:sz w:val="24"/>
        </w:rPr>
        <w:t>Câu 23: Which word/phrase matches the definition: "to suggest someone for a role"?</w:t>
      </w:r>
    </w:p>
    <w:p>
      <w:pPr>
        <w:pStyle w:val="ListParagraph"/>
      </w:pPr>
      <w:r>
        <w:rPr>
          <w:sz w:val="22"/>
        </w:rPr>
        <w:t>A. propose</w:t>
      </w:r>
    </w:p>
    <w:p>
      <w:pPr>
        <w:pStyle w:val="ListParagraph"/>
      </w:pPr>
      <w:r>
        <w:rPr>
          <w:sz w:val="22"/>
        </w:rPr>
        <w:t>B. invite</w:t>
      </w:r>
    </w:p>
    <w:p>
      <w:pPr>
        <w:pStyle w:val="ListParagraph"/>
      </w:pPr>
      <w:r>
        <w:rPr>
          <w:sz w:val="22"/>
        </w:rPr>
        <w:t>C. foresee</w:t>
      </w:r>
    </w:p>
    <w:p>
      <w:pPr>
        <w:pStyle w:val="ListParagraph"/>
      </w:pPr>
      <w:r>
        <w:rPr>
          <w:sz w:val="22"/>
        </w:rPr>
        <w:t>D. liaise</w:t>
      </w:r>
    </w:p>
    <w:p/>
    <w:p>
      <w:r>
        <w:rPr>
          <w:b/>
          <w:sz w:val="24"/>
        </w:rPr>
        <w:t>Câu 24: Which word/phrase matches the definition: "to ask someone to attend an event"?</w:t>
      </w:r>
    </w:p>
    <w:p>
      <w:pPr>
        <w:pStyle w:val="ListParagraph"/>
      </w:pPr>
      <w:r>
        <w:rPr>
          <w:sz w:val="22"/>
        </w:rPr>
        <w:t>A. propose</w:t>
      </w:r>
    </w:p>
    <w:p>
      <w:pPr>
        <w:pStyle w:val="ListParagraph"/>
      </w:pPr>
      <w:r>
        <w:rPr>
          <w:sz w:val="22"/>
        </w:rPr>
        <w:t>B. invite</w:t>
      </w:r>
    </w:p>
    <w:p>
      <w:pPr>
        <w:pStyle w:val="ListParagraph"/>
      </w:pPr>
      <w:r>
        <w:rPr>
          <w:sz w:val="22"/>
        </w:rPr>
        <w:t>C. foresee</w:t>
      </w:r>
    </w:p>
    <w:p>
      <w:pPr>
        <w:pStyle w:val="ListParagraph"/>
      </w:pPr>
      <w:r>
        <w:rPr>
          <w:sz w:val="22"/>
        </w:rPr>
        <w:t>D. liaise</w:t>
      </w:r>
    </w:p>
    <w:p/>
    <w:p>
      <w:r>
        <w:rPr>
          <w:b/>
          <w:sz w:val="24"/>
        </w:rPr>
        <w:t>Câu 25: Which word/phrase matches the definition: "to expect or predict something in advance"?</w:t>
      </w:r>
    </w:p>
    <w:p>
      <w:pPr>
        <w:pStyle w:val="ListParagraph"/>
      </w:pPr>
      <w:r>
        <w:rPr>
          <w:sz w:val="22"/>
        </w:rPr>
        <w:t>A. propose</w:t>
      </w:r>
    </w:p>
    <w:p>
      <w:pPr>
        <w:pStyle w:val="ListParagraph"/>
      </w:pPr>
      <w:r>
        <w:rPr>
          <w:sz w:val="22"/>
        </w:rPr>
        <w:t>B. invite</w:t>
      </w:r>
    </w:p>
    <w:p>
      <w:pPr>
        <w:pStyle w:val="ListParagraph"/>
      </w:pPr>
      <w:r>
        <w:rPr>
          <w:sz w:val="22"/>
        </w:rPr>
        <w:t>C. foresee</w:t>
      </w:r>
    </w:p>
    <w:p>
      <w:pPr>
        <w:pStyle w:val="ListParagraph"/>
      </w:pPr>
      <w:r>
        <w:rPr>
          <w:sz w:val="22"/>
        </w:rPr>
        <w:t>D. liaise</w:t>
      </w:r>
    </w:p>
    <w:p/>
    <w:p>
      <w:r>
        <w:rPr>
          <w:b/>
          <w:sz w:val="24"/>
        </w:rPr>
        <w:t>Câu 26: Which job title matches the definition: "A person who helps organize and monitor clinical trials."?</w:t>
      </w:r>
    </w:p>
    <w:p>
      <w:pPr>
        <w:pStyle w:val="ListParagraph"/>
      </w:pPr>
      <w:r>
        <w:rPr>
          <w:sz w:val="22"/>
        </w:rPr>
        <w:t>A. clinical research associate</w:t>
      </w:r>
    </w:p>
    <w:p>
      <w:pPr>
        <w:pStyle w:val="ListParagraph"/>
      </w:pPr>
      <w:r>
        <w:rPr>
          <w:sz w:val="22"/>
        </w:rPr>
        <w:t>B. formulation scientist</w:t>
      </w:r>
    </w:p>
    <w:p>
      <w:pPr>
        <w:pStyle w:val="ListParagraph"/>
      </w:pPr>
      <w:r>
        <w:rPr>
          <w:sz w:val="22"/>
        </w:rPr>
        <w:t>C. laboratory technician</w:t>
      </w:r>
    </w:p>
    <w:p>
      <w:pPr>
        <w:pStyle w:val="ListParagraph"/>
      </w:pPr>
      <w:r>
        <w:rPr>
          <w:sz w:val="22"/>
        </w:rPr>
        <w:t>D. medical writer</w:t>
      </w:r>
    </w:p>
    <w:p/>
    <w:p>
      <w:r>
        <w:rPr>
          <w:b/>
          <w:sz w:val="24"/>
        </w:rPr>
        <w:t>Câu 27: Which job title matches the definition: "A scientist who develops and improves medicines and dosage forms."?</w:t>
      </w:r>
    </w:p>
    <w:p>
      <w:pPr>
        <w:pStyle w:val="ListParagraph"/>
      </w:pPr>
      <w:r>
        <w:rPr>
          <w:sz w:val="22"/>
        </w:rPr>
        <w:t>A. clinical research associate</w:t>
      </w:r>
    </w:p>
    <w:p>
      <w:pPr>
        <w:pStyle w:val="ListParagraph"/>
      </w:pPr>
      <w:r>
        <w:rPr>
          <w:sz w:val="22"/>
        </w:rPr>
        <w:t>B. formulation scientist</w:t>
      </w:r>
    </w:p>
    <w:p>
      <w:pPr>
        <w:pStyle w:val="ListParagraph"/>
      </w:pPr>
      <w:r>
        <w:rPr>
          <w:sz w:val="22"/>
        </w:rPr>
        <w:t>C. laboratory technician</w:t>
      </w:r>
    </w:p>
    <w:p>
      <w:pPr>
        <w:pStyle w:val="ListParagraph"/>
      </w:pPr>
      <w:r>
        <w:rPr>
          <w:sz w:val="22"/>
        </w:rPr>
        <w:t>D. medical writer</w:t>
      </w:r>
    </w:p>
    <w:p/>
    <w:p>
      <w:r>
        <w:rPr>
          <w:b/>
          <w:sz w:val="24"/>
        </w:rPr>
        <w:t>Câu 28: Which job title matches the definition: "A person who performs laboratory tests and uses laboratory equipment."?</w:t>
      </w:r>
    </w:p>
    <w:p>
      <w:pPr>
        <w:pStyle w:val="ListParagraph"/>
      </w:pPr>
      <w:r>
        <w:rPr>
          <w:sz w:val="22"/>
        </w:rPr>
        <w:t>A. clinical research associate</w:t>
      </w:r>
    </w:p>
    <w:p>
      <w:pPr>
        <w:pStyle w:val="ListParagraph"/>
      </w:pPr>
      <w:r>
        <w:rPr>
          <w:sz w:val="22"/>
        </w:rPr>
        <w:t>B. formulation scientist</w:t>
      </w:r>
    </w:p>
    <w:p>
      <w:pPr>
        <w:pStyle w:val="ListParagraph"/>
      </w:pPr>
      <w:r>
        <w:rPr>
          <w:sz w:val="22"/>
        </w:rPr>
        <w:t>C. laboratory technician</w:t>
      </w:r>
    </w:p>
    <w:p>
      <w:pPr>
        <w:pStyle w:val="ListParagraph"/>
      </w:pPr>
      <w:r>
        <w:rPr>
          <w:sz w:val="22"/>
        </w:rPr>
        <w:t>D. medical writer</w:t>
      </w:r>
    </w:p>
    <w:p/>
    <w:p>
      <w:r>
        <w:rPr>
          <w:b/>
          <w:sz w:val="24"/>
        </w:rPr>
        <w:t>Câu 29: Which job title matches the definition: "A person who writes medical and scientific information."?</w:t>
      </w:r>
    </w:p>
    <w:p>
      <w:pPr>
        <w:pStyle w:val="ListParagraph"/>
      </w:pPr>
      <w:r>
        <w:rPr>
          <w:sz w:val="22"/>
        </w:rPr>
        <w:t>A. clinical research associate</w:t>
      </w:r>
    </w:p>
    <w:p>
      <w:pPr>
        <w:pStyle w:val="ListParagraph"/>
      </w:pPr>
      <w:r>
        <w:rPr>
          <w:sz w:val="22"/>
        </w:rPr>
        <w:t>B. formulation scientist</w:t>
      </w:r>
    </w:p>
    <w:p>
      <w:pPr>
        <w:pStyle w:val="ListParagraph"/>
      </w:pPr>
      <w:r>
        <w:rPr>
          <w:sz w:val="22"/>
        </w:rPr>
        <w:t>C. laboratory technician</w:t>
      </w:r>
    </w:p>
    <w:p>
      <w:pPr>
        <w:pStyle w:val="ListParagraph"/>
      </w:pPr>
      <w:r>
        <w:rPr>
          <w:sz w:val="22"/>
        </w:rPr>
        <w:t>D. medical writer</w:t>
      </w:r>
    </w:p>
    <w:p/>
    <w:p>
      <w:r>
        <w:rPr>
          <w:b/>
          <w:sz w:val="24"/>
        </w:rPr>
        <w:t>Câu 30: Which job title matches the definition: "A person who packages medicines and checks packaging quality."?</w:t>
      </w:r>
    </w:p>
    <w:p>
      <w:pPr>
        <w:pStyle w:val="ListParagraph"/>
      </w:pPr>
      <w:r>
        <w:rPr>
          <w:sz w:val="22"/>
        </w:rPr>
        <w:t>A. packaging technician</w:t>
      </w:r>
    </w:p>
    <w:p>
      <w:pPr>
        <w:pStyle w:val="ListParagraph"/>
      </w:pPr>
      <w:r>
        <w:rPr>
          <w:sz w:val="22"/>
        </w:rPr>
        <w:t>B. pharmacovigilance manager</w:t>
      </w:r>
    </w:p>
    <w:p>
      <w:pPr>
        <w:pStyle w:val="ListParagraph"/>
      </w:pPr>
      <w:r>
        <w:rPr>
          <w:sz w:val="22"/>
        </w:rPr>
        <w:t>C. project manager</w:t>
      </w:r>
    </w:p>
    <w:p>
      <w:pPr>
        <w:pStyle w:val="ListParagraph"/>
      </w:pPr>
      <w:r>
        <w:rPr>
          <w:sz w:val="22"/>
        </w:rPr>
        <w:t>D. qualified person</w:t>
      </w:r>
    </w:p>
    <w:p/>
    <w:p>
      <w:r>
        <w:rPr>
          <w:b/>
          <w:sz w:val="24"/>
        </w:rPr>
        <w:t>Câu 31: Which job title matches the definition: "A person who manages the monitoring and reporting of medicine safety."?</w:t>
      </w:r>
    </w:p>
    <w:p>
      <w:pPr>
        <w:pStyle w:val="ListParagraph"/>
      </w:pPr>
      <w:r>
        <w:rPr>
          <w:sz w:val="22"/>
        </w:rPr>
        <w:t>A. packaging technician</w:t>
      </w:r>
    </w:p>
    <w:p>
      <w:pPr>
        <w:pStyle w:val="ListParagraph"/>
      </w:pPr>
      <w:r>
        <w:rPr>
          <w:sz w:val="22"/>
        </w:rPr>
        <w:t>B. pharmacovigilance manager</w:t>
      </w:r>
    </w:p>
    <w:p>
      <w:pPr>
        <w:pStyle w:val="ListParagraph"/>
      </w:pPr>
      <w:r>
        <w:rPr>
          <w:sz w:val="22"/>
        </w:rPr>
        <w:t>C. project manager</w:t>
      </w:r>
    </w:p>
    <w:p>
      <w:pPr>
        <w:pStyle w:val="ListParagraph"/>
      </w:pPr>
      <w:r>
        <w:rPr>
          <w:sz w:val="22"/>
        </w:rPr>
        <w:t>D. qualified person</w:t>
      </w:r>
    </w:p>
    <w:p/>
    <w:p>
      <w:r>
        <w:rPr>
          <w:b/>
          <w:sz w:val="24"/>
        </w:rPr>
        <w:t>Câu 32: Which job title matches the definition: "A person who plans and coordinates a project."?</w:t>
      </w:r>
    </w:p>
    <w:p>
      <w:pPr>
        <w:pStyle w:val="ListParagraph"/>
      </w:pPr>
      <w:r>
        <w:rPr>
          <w:sz w:val="22"/>
        </w:rPr>
        <w:t>A. packaging technician</w:t>
      </w:r>
    </w:p>
    <w:p>
      <w:pPr>
        <w:pStyle w:val="ListParagraph"/>
      </w:pPr>
      <w:r>
        <w:rPr>
          <w:sz w:val="22"/>
        </w:rPr>
        <w:t>B. pharmacovigilance manager</w:t>
      </w:r>
    </w:p>
    <w:p>
      <w:pPr>
        <w:pStyle w:val="ListParagraph"/>
      </w:pPr>
      <w:r>
        <w:rPr>
          <w:sz w:val="22"/>
        </w:rPr>
        <w:t>C. project manager</w:t>
      </w:r>
    </w:p>
    <w:p>
      <w:pPr>
        <w:pStyle w:val="ListParagraph"/>
      </w:pPr>
      <w:r>
        <w:rPr>
          <w:sz w:val="22"/>
        </w:rPr>
        <w:t>D. qualified person</w:t>
      </w:r>
    </w:p>
    <w:p/>
    <w:p>
      <w:r>
        <w:rPr>
          <w:b/>
          <w:sz w:val="24"/>
        </w:rPr>
        <w:t>Câu 33: Which job title matches the definition: "A person legally responsible for certifying that a medicine meets quality standards."?</w:t>
      </w:r>
    </w:p>
    <w:p>
      <w:pPr>
        <w:pStyle w:val="ListParagraph"/>
      </w:pPr>
      <w:r>
        <w:rPr>
          <w:sz w:val="22"/>
        </w:rPr>
        <w:t>A. packaging technician</w:t>
      </w:r>
    </w:p>
    <w:p>
      <w:pPr>
        <w:pStyle w:val="ListParagraph"/>
      </w:pPr>
      <w:r>
        <w:rPr>
          <w:sz w:val="22"/>
        </w:rPr>
        <w:t>B. pharmacovigilance manager</w:t>
      </w:r>
    </w:p>
    <w:p>
      <w:pPr>
        <w:pStyle w:val="ListParagraph"/>
      </w:pPr>
      <w:r>
        <w:rPr>
          <w:sz w:val="22"/>
        </w:rPr>
        <w:t>C. project manager</w:t>
      </w:r>
    </w:p>
    <w:p>
      <w:pPr>
        <w:pStyle w:val="ListParagraph"/>
      </w:pPr>
      <w:r>
        <w:rPr>
          <w:sz w:val="22"/>
        </w:rPr>
        <w:t>D. qualified person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B</w:t>
      </w:r>
    </w:p>
    <w:p>
      <w:r>
        <w:rPr>
          <w:b/>
        </w:rPr>
        <w:t>Câu 2: Đáp án đúng: A</w:t>
      </w:r>
    </w:p>
    <w:p>
      <w:r>
        <w:rPr>
          <w:b/>
        </w:rPr>
        <w:t>Câu 3: Đáp án đúng: C</w:t>
      </w:r>
    </w:p>
    <w:p>
      <w:r>
        <w:rPr>
          <w:b/>
        </w:rPr>
        <w:t>Câu 4: Đáp án đúng: B</w:t>
      </w:r>
    </w:p>
    <w:p>
      <w:r>
        <w:rPr>
          <w:b/>
        </w:rPr>
        <w:t>Câu 5: Đáp án đúng: A</w:t>
      </w:r>
    </w:p>
    <w:p>
      <w:r>
        <w:rPr>
          <w:b/>
        </w:rPr>
        <w:t>Câu 6: Đáp án đúng: B</w:t>
      </w:r>
    </w:p>
    <w:p>
      <w:r>
        <w:rPr>
          <w:b/>
        </w:rPr>
        <w:t>Câu 7: Đáp án đúng: A</w:t>
      </w:r>
    </w:p>
    <w:p>
      <w:r>
        <w:rPr>
          <w:b/>
        </w:rPr>
        <w:t>Câu 8: Đáp án đúng: C</w:t>
      </w:r>
    </w:p>
    <w:p>
      <w:r>
        <w:rPr>
          <w:b/>
        </w:rPr>
        <w:t>Câu 9: Đáp án đúng: B</w:t>
      </w:r>
    </w:p>
    <w:p>
      <w:r>
        <w:rPr>
          <w:b/>
        </w:rPr>
        <w:t>Câu 10: Đáp án đúng: A</w:t>
      </w:r>
    </w:p>
    <w:p>
      <w:r>
        <w:rPr>
          <w:b/>
        </w:rPr>
        <w:t>Câu 11: Đáp án đúng: A</w:t>
      </w:r>
    </w:p>
    <w:p>
      <w:r>
        <w:rPr>
          <w:b/>
        </w:rPr>
        <w:t>Câu 12: Đáp án đúng: C</w:t>
      </w:r>
    </w:p>
    <w:p>
      <w:r>
        <w:rPr>
          <w:b/>
        </w:rPr>
        <w:t>Câu 13: Đáp án đúng: A</w:t>
      </w:r>
    </w:p>
    <w:p>
      <w:r>
        <w:rPr>
          <w:b/>
        </w:rPr>
        <w:t>Câu 14: Đáp án đúng: B</w:t>
      </w:r>
    </w:p>
    <w:p>
      <w:r>
        <w:rPr>
          <w:b/>
        </w:rPr>
        <w:t>Câu 15: Đáp án đúng: A</w:t>
      </w:r>
    </w:p>
    <w:p>
      <w:r>
        <w:rPr>
          <w:b/>
        </w:rPr>
        <w:t>Câu 16: Đáp án đúng: A</w:t>
      </w:r>
    </w:p>
    <w:p>
      <w:r>
        <w:rPr>
          <w:b/>
        </w:rPr>
        <w:t>Câu 17: Đáp án đúng: B</w:t>
      </w:r>
    </w:p>
    <w:p>
      <w:r>
        <w:rPr>
          <w:b/>
        </w:rPr>
        <w:t>Câu 18: Đáp án đúng: B</w:t>
      </w:r>
    </w:p>
    <w:p>
      <w:r>
        <w:rPr>
          <w:b/>
        </w:rPr>
        <w:t>Câu 19: Đáp án đúng: B</w:t>
      </w:r>
    </w:p>
    <w:p>
      <w:r>
        <w:rPr>
          <w:b/>
        </w:rPr>
        <w:t>Câu 20: Đáp án đúng: B</w:t>
      </w:r>
    </w:p>
    <w:p>
      <w:r>
        <w:rPr>
          <w:b/>
        </w:rPr>
        <w:t>Câu 21: Đáp án đúng: A</w:t>
      </w:r>
    </w:p>
    <w:p>
      <w:r>
        <w:rPr>
          <w:b/>
        </w:rPr>
        <w:t>Câu 22: Đáp án đúng: B</w:t>
      </w:r>
    </w:p>
    <w:p>
      <w:r>
        <w:rPr>
          <w:b/>
        </w:rPr>
        <w:t>Câu 23: Đáp án đúng: A</w:t>
      </w:r>
    </w:p>
    <w:p>
      <w:r>
        <w:rPr>
          <w:b/>
        </w:rPr>
        <w:t>Câu 24: Đáp án đúng: B</w:t>
      </w:r>
    </w:p>
    <w:p>
      <w:r>
        <w:rPr>
          <w:b/>
        </w:rPr>
        <w:t>Câu 25: Đáp án đúng: C</w:t>
      </w:r>
    </w:p>
    <w:p>
      <w:r>
        <w:rPr>
          <w:b/>
        </w:rPr>
        <w:t>Câu 26: Đáp án đúng: A</w:t>
      </w:r>
    </w:p>
    <w:p>
      <w:r>
        <w:rPr>
          <w:b/>
        </w:rPr>
        <w:t>Câu 27: Đáp án đúng: B</w:t>
      </w:r>
    </w:p>
    <w:p>
      <w:r>
        <w:rPr>
          <w:b/>
        </w:rPr>
        <w:t>Câu 28: Đáp án đúng: C</w:t>
      </w:r>
    </w:p>
    <w:p>
      <w:r>
        <w:rPr>
          <w:b/>
        </w:rPr>
        <w:t>Câu 29: Đáp án đúng: D</w:t>
      </w:r>
    </w:p>
    <w:p>
      <w:r>
        <w:rPr>
          <w:b/>
        </w:rPr>
        <w:t>Câu 30: Đáp án đúng: A</w:t>
      </w:r>
    </w:p>
    <w:p>
      <w:r>
        <w:rPr>
          <w:b/>
        </w:rPr>
        <w:t>Câu 31: Đáp án đúng: B</w:t>
      </w:r>
    </w:p>
    <w:p>
      <w:r>
        <w:rPr>
          <w:b/>
        </w:rPr>
        <w:t>Câu 32: Đáp án đúng: C</w:t>
      </w:r>
    </w:p>
    <w:p>
      <w:r>
        <w:rPr>
          <w:b/>
        </w:rPr>
        <w:t>Câu 33: Đáp án đúng: D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