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công nghệ lớp 11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 hàm số $y = f(x)$ có đạo hàm trên $\mathbb{R}$ và $f'(x) = (x-1)(x+2)^2$. Số điểm cực trị của hàm số đã cho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2: Cho hàm số $y = f(x)$ có bảng biến thiên như sau:</w:t>
        <w:br/>
        <w:br/>
        <w:t>| $x$ | $-\infty$ | 0 | 2 | $+\infty$ |</w:t>
        <w:br/>
        <w:t>|---|---|---|---|---|</w:t>
        <w:br/>
        <w:t>| $y'$ | $+$ | 0 | $-$ | 0 | $+$ |</w:t>
        <w:br/>
        <w:t>| $y$ | $-\infty$ | 3 |  | $-1$ | $+\infty$ |</w:t>
        <w:br/>
        <w:br/>
        <w:t>Hàm số đã cho đạt cực tiểu tại</w:t>
      </w:r>
    </w:p>
    <w:p>
      <w:pPr>
        <w:pStyle w:val="ListParagraph"/>
      </w:pPr>
      <w:r>
        <w:rPr>
          <w:sz w:val="22"/>
        </w:rPr>
        <w:t>A. $x = 0$</w:t>
      </w:r>
    </w:p>
    <w:p>
      <w:pPr>
        <w:pStyle w:val="ListParagraph"/>
      </w:pPr>
      <w:r>
        <w:rPr>
          <w:sz w:val="22"/>
        </w:rPr>
        <w:t>B. $x = 2$</w:t>
      </w:r>
    </w:p>
    <w:p>
      <w:pPr>
        <w:pStyle w:val="ListParagraph"/>
      </w:pPr>
      <w:r>
        <w:rPr>
          <w:sz w:val="22"/>
        </w:rPr>
        <w:t>C. $x = 3$</w:t>
      </w:r>
    </w:p>
    <w:p>
      <w:pPr>
        <w:pStyle w:val="ListParagraph"/>
      </w:pPr>
      <w:r>
        <w:rPr>
          <w:sz w:val="22"/>
        </w:rPr>
        <w:t>D. $x = -1$</w:t>
      </w:r>
    </w:p>
    <w:p/>
    <w:p>
      <w:r>
        <w:rPr>
          <w:b/>
          <w:sz w:val="24"/>
        </w:rPr>
        <w:t>Câu 3: Giá trị lớn nhất của hàm số $y = x^3 - 3x^2 + 5$ trên đoạn $[0;3]$ là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4: Tiệm cận ngang của đồ thị hàm số $y = \frac{2x-1}{x+1}$ là</w:t>
      </w:r>
    </w:p>
    <w:p>
      <w:pPr>
        <w:pStyle w:val="ListParagraph"/>
      </w:pPr>
      <w:r>
        <w:rPr>
          <w:sz w:val="22"/>
        </w:rPr>
        <w:t>A. $y = 2$</w:t>
      </w:r>
    </w:p>
    <w:p>
      <w:pPr>
        <w:pStyle w:val="ListParagraph"/>
      </w:pPr>
      <w:r>
        <w:rPr>
          <w:sz w:val="22"/>
        </w:rPr>
        <w:t>B. $y = -1$</w:t>
      </w:r>
    </w:p>
    <w:p>
      <w:pPr>
        <w:pStyle w:val="ListParagraph"/>
      </w:pPr>
      <w:r>
        <w:rPr>
          <w:sz w:val="22"/>
        </w:rPr>
        <w:t>C. $x = -1$</w:t>
      </w:r>
    </w:p>
    <w:p>
      <w:pPr>
        <w:pStyle w:val="ListParagraph"/>
      </w:pPr>
      <w:r>
        <w:rPr>
          <w:sz w:val="22"/>
        </w:rPr>
        <w:t>D. $y = 1$</w:t>
      </w:r>
    </w:p>
    <w:p/>
    <w:p>
      <w:r>
        <w:rPr>
          <w:b/>
          <w:sz w:val="24"/>
        </w:rPr>
        <w:t>Câu 5: Đồ thị của hàm số nào dưới đây có dạng như đường cong trong hình vẽ? (Hình vẽ: đồ thị hàm bậc ba có hai điểm cực trị, đi qua gốc tọa độ)</w:t>
      </w:r>
    </w:p>
    <w:p>
      <w:pPr>
        <w:pStyle w:val="ListParagraph"/>
      </w:pPr>
      <w:r>
        <w:rPr>
          <w:sz w:val="22"/>
        </w:rPr>
        <w:t>A. $y = x^3 - 3x$</w:t>
      </w:r>
    </w:p>
    <w:p>
      <w:pPr>
        <w:pStyle w:val="ListParagraph"/>
      </w:pPr>
      <w:r>
        <w:rPr>
          <w:sz w:val="22"/>
        </w:rPr>
        <w:t>B. $y = -x^3 + 3x$</w:t>
      </w:r>
    </w:p>
    <w:p>
      <w:pPr>
        <w:pStyle w:val="ListParagraph"/>
      </w:pPr>
      <w:r>
        <w:rPr>
          <w:sz w:val="22"/>
        </w:rPr>
        <w:t>C. $y = x^4 - 2x^2$</w:t>
      </w:r>
    </w:p>
    <w:p>
      <w:pPr>
        <w:pStyle w:val="ListParagraph"/>
      </w:pPr>
      <w:r>
        <w:rPr>
          <w:sz w:val="22"/>
        </w:rPr>
        <w:t>D. $y = -x^4 + 2x^2$</w:t>
      </w:r>
    </w:p>
    <w:p/>
    <w:p>
      <w:r>
        <w:rPr>
          <w:b/>
          <w:sz w:val="24"/>
        </w:rPr>
        <w:t>Câu 6: Cho hàm số $y = f(x)$ có bảng biến thiên như sau:</w:t>
        <w:br/>
        <w:br/>
        <w:t>| $x$ | $-\infty$ | $-1$ | 0 | 1 | $+\infty$ |</w:t>
        <w:br/>
        <w:t>|---|---|---|---|---|---|</w:t>
        <w:br/>
        <w:t>| $y'$ | $-$ | 0 | $+$ | 0 | $-$ | 0 | $+$ |</w:t>
        <w:br/>
        <w:t>| $y$ | $+\infty$ |  | $-3$ |  | $-3$ |  | $+\infty$ |</w:t>
        <w:br/>
        <w:br/>
        <w:t>Số nghiệm của phương trình $f(x) + 3 = 0$ là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1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7: Cho hàm số $y = f(x)$ xác định trên $\mathbb{R}$ và có đồ thị như hình vẽ. Hàm số đã cho nghịch biến trên khoảng nào dưới đây? (Hình vẽ: đồ thị hàm bậc ba có hai điểm cực trị tại $x=-1$ và $x=1$)</w:t>
      </w:r>
    </w:p>
    <w:p>
      <w:pPr>
        <w:pStyle w:val="ListParagraph"/>
      </w:pPr>
      <w:r>
        <w:rPr>
          <w:sz w:val="22"/>
        </w:rPr>
        <w:t>A. $(-1;1)$</w:t>
      </w:r>
    </w:p>
    <w:p>
      <w:pPr>
        <w:pStyle w:val="ListParagraph"/>
      </w:pPr>
      <w:r>
        <w:rPr>
          <w:sz w:val="22"/>
        </w:rPr>
        <w:t>B. $(-\infty;-1)$</w:t>
      </w:r>
    </w:p>
    <w:p>
      <w:pPr>
        <w:pStyle w:val="ListParagraph"/>
      </w:pPr>
      <w:r>
        <w:rPr>
          <w:sz w:val="22"/>
        </w:rPr>
        <w:t>C. $(1;+\infty)$</w:t>
      </w:r>
    </w:p>
    <w:p>
      <w:pPr>
        <w:pStyle w:val="ListParagraph"/>
      </w:pPr>
      <w:r>
        <w:rPr>
          <w:sz w:val="22"/>
        </w:rPr>
        <w:t>D. $(-\infty;+\infty)$</w:t>
      </w:r>
    </w:p>
    <w:p/>
    <w:p>
      <w:r>
        <w:rPr>
          <w:b/>
          <w:sz w:val="24"/>
        </w:rPr>
        <w:t>Câu 8: Cho hàm số $y = f(x)$ có đạo hàm $f'(x) = x(x-1)^2(x+2)$. Số điểm cực trị của hàm số đã cho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9: Giá trị nhỏ nhất của hàm số $y = x^3 - 3x + 1$ trên đoạn $[0;2]$ là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-1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10: Tiệm cận đứng của đồ thị hàm số $y = \frac{x+1}{x-2}$ là</w:t>
      </w:r>
    </w:p>
    <w:p>
      <w:pPr>
        <w:pStyle w:val="ListParagraph"/>
      </w:pPr>
      <w:r>
        <w:rPr>
          <w:sz w:val="22"/>
        </w:rPr>
        <w:t>A. $x = 2$</w:t>
      </w:r>
    </w:p>
    <w:p>
      <w:pPr>
        <w:pStyle w:val="ListParagraph"/>
      </w:pPr>
      <w:r>
        <w:rPr>
          <w:sz w:val="22"/>
        </w:rPr>
        <w:t>B. $x = -1$</w:t>
      </w:r>
    </w:p>
    <w:p>
      <w:pPr>
        <w:pStyle w:val="ListParagraph"/>
      </w:pPr>
      <w:r>
        <w:rPr>
          <w:sz w:val="22"/>
        </w:rPr>
        <w:t>C. $y = 1$</w:t>
      </w:r>
    </w:p>
    <w:p>
      <w:pPr>
        <w:pStyle w:val="ListParagraph"/>
      </w:pPr>
      <w:r>
        <w:rPr>
          <w:sz w:val="22"/>
        </w:rPr>
        <w:t>D. $y = 2$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