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anh Lớp 6: Test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Choose the correct answer: My sister ______ her homework every evening.</w:t>
      </w:r>
    </w:p>
    <w:p>
      <w:pPr>
        <w:pStyle w:val="ListParagraph"/>
      </w:pPr>
      <w:r>
        <w:rPr>
          <w:sz w:val="22"/>
        </w:rPr>
        <w:t>A. is do</w:t>
      </w:r>
    </w:p>
    <w:p>
      <w:pPr>
        <w:pStyle w:val="ListParagraph"/>
      </w:pPr>
      <w:r>
        <w:rPr>
          <w:sz w:val="22"/>
        </w:rPr>
        <w:t>B. doing</w:t>
      </w:r>
    </w:p>
    <w:p>
      <w:pPr>
        <w:pStyle w:val="ListParagraph"/>
      </w:pPr>
      <w:r>
        <w:rPr>
          <w:sz w:val="22"/>
        </w:rPr>
        <w:t>C. do</w:t>
      </w:r>
    </w:p>
    <w:p>
      <w:pPr>
        <w:pStyle w:val="ListParagraph"/>
      </w:pPr>
      <w:r>
        <w:rPr>
          <w:sz w:val="22"/>
        </w:rPr>
        <w:t>D. does</w:t>
      </w:r>
    </w:p>
    <w:p/>
    <w:p>
      <w:r>
        <w:rPr>
          <w:b/>
          <w:sz w:val="24"/>
        </w:rPr>
        <w:t>Câu 2: Choose the correct answer: There ______ two books on the table.</w:t>
      </w:r>
    </w:p>
    <w:p>
      <w:pPr>
        <w:pStyle w:val="ListParagraph"/>
      </w:pPr>
      <w:r>
        <w:rPr>
          <w:sz w:val="22"/>
        </w:rPr>
        <w:t>A. are</w:t>
      </w:r>
    </w:p>
    <w:p>
      <w:pPr>
        <w:pStyle w:val="ListParagraph"/>
      </w:pPr>
      <w:r>
        <w:rPr>
          <w:sz w:val="22"/>
        </w:rPr>
        <w:t>B. am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3: Choose the correct answer: She is good ______ playing the piano.</w:t>
      </w:r>
    </w:p>
    <w:p>
      <w:pPr>
        <w:pStyle w:val="ListParagraph"/>
      </w:pPr>
      <w:r>
        <w:rPr>
          <w:sz w:val="22"/>
        </w:rPr>
        <w:t>A. on</w:t>
      </w:r>
    </w:p>
    <w:p>
      <w:pPr>
        <w:pStyle w:val="ListParagraph"/>
      </w:pPr>
      <w:r>
        <w:rPr>
          <w:sz w:val="22"/>
        </w:rPr>
        <w:t>B. at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4: Choose the correct answer: What ______ you do last weekend?</w:t>
      </w:r>
    </w:p>
    <w:p>
      <w:pPr>
        <w:pStyle w:val="ListParagraph"/>
      </w:pPr>
      <w:r>
        <w:rPr>
          <w:sz w:val="22"/>
        </w:rPr>
        <w:t>A. did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does</w:t>
      </w:r>
    </w:p>
    <w:p>
      <w:pPr>
        <w:pStyle w:val="ListParagraph"/>
      </w:pPr>
      <w:r>
        <w:rPr>
          <w:sz w:val="22"/>
        </w:rPr>
        <w:t>D. do</w:t>
      </w:r>
    </w:p>
    <w:p/>
    <w:p>
      <w:r>
        <w:rPr>
          <w:b/>
          <w:sz w:val="24"/>
        </w:rPr>
        <w:t>Câu 5: Choose the correct answer: This is ______ book. It belongs to me.</w:t>
      </w:r>
    </w:p>
    <w:p>
      <w:pPr>
        <w:pStyle w:val="ListParagraph"/>
      </w:pPr>
      <w:r>
        <w:rPr>
          <w:sz w:val="22"/>
        </w:rPr>
        <w:t>A. I</w:t>
      </w:r>
    </w:p>
    <w:p>
      <w:pPr>
        <w:pStyle w:val="ListParagraph"/>
      </w:pPr>
      <w:r>
        <w:rPr>
          <w:sz w:val="22"/>
        </w:rPr>
        <w:t>B. me</w:t>
      </w:r>
    </w:p>
    <w:p>
      <w:pPr>
        <w:pStyle w:val="ListParagraph"/>
      </w:pPr>
      <w:r>
        <w:rPr>
          <w:sz w:val="22"/>
        </w:rPr>
        <w:t>C. my</w:t>
      </w:r>
    </w:p>
    <w:p>
      <w:pPr>
        <w:pStyle w:val="ListParagraph"/>
      </w:pPr>
      <w:r>
        <w:rPr>
          <w:sz w:val="22"/>
        </w:rPr>
        <w:t>D. mine</w:t>
      </w:r>
    </w:p>
    <w:p/>
    <w:p>
      <w:r>
        <w:rPr>
          <w:b/>
          <w:sz w:val="24"/>
        </w:rPr>
        <w:t>Câu 6: Choose the correct answer: We ______ to school by bike every day.</w:t>
      </w:r>
    </w:p>
    <w:p>
      <w:pPr>
        <w:pStyle w:val="ListParagraph"/>
      </w:pPr>
      <w:r>
        <w:rPr>
          <w:sz w:val="22"/>
        </w:rPr>
        <w:t>A. going</w:t>
      </w:r>
    </w:p>
    <w:p>
      <w:pPr>
        <w:pStyle w:val="ListParagraph"/>
      </w:pPr>
      <w:r>
        <w:rPr>
          <w:sz w:val="22"/>
        </w:rPr>
        <w:t>B. went</w:t>
      </w:r>
    </w:p>
    <w:p>
      <w:pPr>
        <w:pStyle w:val="ListParagraph"/>
      </w:pPr>
      <w:r>
        <w:rPr>
          <w:sz w:val="22"/>
        </w:rPr>
        <w:t>C. goes</w:t>
      </w:r>
    </w:p>
    <w:p>
      <w:pPr>
        <w:pStyle w:val="ListParagraph"/>
      </w:pPr>
      <w:r>
        <w:rPr>
          <w:sz w:val="22"/>
        </w:rPr>
        <w:t>D. go</w:t>
      </w:r>
    </w:p>
    <w:p/>
    <w:p>
      <w:r>
        <w:rPr>
          <w:b/>
          <w:sz w:val="24"/>
        </w:rPr>
        <w:t>Câu 7: Choose the correct answer: The opposite of 'expensive' is ______.</w:t>
      </w:r>
    </w:p>
    <w:p>
      <w:pPr>
        <w:pStyle w:val="ListParagraph"/>
      </w:pPr>
      <w:r>
        <w:rPr>
          <w:sz w:val="22"/>
        </w:rPr>
        <w:t>A. big</w:t>
      </w:r>
    </w:p>
    <w:p>
      <w:pPr>
        <w:pStyle w:val="ListParagraph"/>
      </w:pPr>
      <w:r>
        <w:rPr>
          <w:sz w:val="22"/>
        </w:rPr>
        <w:t>B. old</w:t>
      </w:r>
    </w:p>
    <w:p>
      <w:pPr>
        <w:pStyle w:val="ListParagraph"/>
      </w:pPr>
      <w:r>
        <w:rPr>
          <w:sz w:val="22"/>
        </w:rPr>
        <w:t>C. rich</w:t>
      </w:r>
    </w:p>
    <w:p>
      <w:pPr>
        <w:pStyle w:val="ListParagraph"/>
      </w:pPr>
      <w:r>
        <w:rPr>
          <w:sz w:val="22"/>
        </w:rPr>
        <w:t>D. cheap</w:t>
      </w:r>
    </w:p>
    <w:p/>
    <w:p>
      <w:r>
        <w:rPr>
          <w:b/>
          <w:sz w:val="24"/>
        </w:rPr>
        <w:t>Câu 8: Choose the correct answer: How ______ sugar do you need for the cake?</w:t>
      </w:r>
    </w:p>
    <w:p>
      <w:pPr>
        <w:pStyle w:val="ListParagraph"/>
      </w:pPr>
      <w:r>
        <w:rPr>
          <w:sz w:val="22"/>
        </w:rPr>
        <w:t>A. much</w:t>
      </w:r>
    </w:p>
    <w:p>
      <w:pPr>
        <w:pStyle w:val="ListParagraph"/>
      </w:pPr>
      <w:r>
        <w:rPr>
          <w:sz w:val="22"/>
        </w:rPr>
        <w:t>B. long</w:t>
      </w:r>
    </w:p>
    <w:p>
      <w:pPr>
        <w:pStyle w:val="ListParagraph"/>
      </w:pPr>
      <w:r>
        <w:rPr>
          <w:sz w:val="22"/>
        </w:rPr>
        <w:t>C. many</w:t>
      </w:r>
    </w:p>
    <w:p>
      <w:pPr>
        <w:pStyle w:val="ListParagraph"/>
      </w:pPr>
      <w:r>
        <w:rPr>
          <w:sz w:val="22"/>
        </w:rPr>
        <w:t>D. often</w:t>
      </w:r>
    </w:p>
    <w:p/>
    <w:p>
      <w:r>
        <w:rPr>
          <w:b/>
          <w:sz w:val="24"/>
        </w:rPr>
        <w:t>Câu 9: Choose the correct answer: They ______ TV when I came home.</w:t>
      </w:r>
    </w:p>
    <w:p>
      <w:pPr>
        <w:pStyle w:val="ListParagraph"/>
      </w:pPr>
      <w:r>
        <w:rPr>
          <w:sz w:val="22"/>
        </w:rPr>
        <w:t>A. are watching</w:t>
      </w:r>
    </w:p>
    <w:p>
      <w:pPr>
        <w:pStyle w:val="ListParagraph"/>
      </w:pPr>
      <w:r>
        <w:rPr>
          <w:sz w:val="22"/>
        </w:rPr>
        <w:t>B. watches</w:t>
      </w:r>
    </w:p>
    <w:p>
      <w:pPr>
        <w:pStyle w:val="ListParagraph"/>
      </w:pPr>
      <w:r>
        <w:rPr>
          <w:sz w:val="22"/>
        </w:rPr>
        <w:t>C. were watching</w:t>
      </w:r>
    </w:p>
    <w:p>
      <w:pPr>
        <w:pStyle w:val="ListParagraph"/>
      </w:pPr>
      <w:r>
        <w:rPr>
          <w:sz w:val="22"/>
        </w:rPr>
        <w:t>D. watch</w:t>
      </w:r>
    </w:p>
    <w:p/>
    <w:p>
      <w:r>
        <w:rPr>
          <w:b/>
          <w:sz w:val="24"/>
        </w:rPr>
        <w:t>Câu 10: Choose the correct answer: If it ______ tomorrow, we will stay at home.</w:t>
      </w:r>
    </w:p>
    <w:p>
      <w:pPr>
        <w:pStyle w:val="ListParagraph"/>
      </w:pPr>
      <w:r>
        <w:rPr>
          <w:sz w:val="22"/>
        </w:rPr>
        <w:t>A. will rain</w:t>
      </w:r>
    </w:p>
    <w:p>
      <w:pPr>
        <w:pStyle w:val="ListParagraph"/>
      </w:pPr>
      <w:r>
        <w:rPr>
          <w:sz w:val="22"/>
        </w:rPr>
        <w:t>B. rain</w:t>
      </w:r>
    </w:p>
    <w:p>
      <w:pPr>
        <w:pStyle w:val="ListParagraph"/>
      </w:pPr>
      <w:r>
        <w:rPr>
          <w:sz w:val="22"/>
        </w:rPr>
        <w:t>C. rained</w:t>
      </w:r>
    </w:p>
    <w:p>
      <w:pPr>
        <w:pStyle w:val="ListParagraph"/>
      </w:pPr>
      <w:r>
        <w:rPr>
          <w:sz w:val="22"/>
        </w:rPr>
        <w:t>D. rains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Chủ ngữ số ít 'My sister' nên động từ chia 'does' ở thì hiện tại đơn.</w:t>
      </w:r>
    </w:p>
    <w:p>
      <w:r>
        <w:rPr>
          <w:b/>
        </w:rPr>
        <w:t>Câu 2: Đáp án đúng: A</w:t>
      </w:r>
    </w:p>
    <w:p>
      <w:r>
        <w:rPr>
          <w:i/>
        </w:rPr>
        <w:t>Giải thích: Danh từ số nhiều 'two books' nên dùng 'are'.</w:t>
      </w:r>
    </w:p>
    <w:p>
      <w:r>
        <w:rPr>
          <w:b/>
        </w:rPr>
        <w:t>Câu 3: Đáp án đúng: B</w:t>
      </w:r>
    </w:p>
    <w:p>
      <w:r>
        <w:rPr>
          <w:i/>
        </w:rPr>
        <w:t>Giải thích: Cấu trúc 'be good at + V-ing' nghĩa là giỏi về việc gì.</w:t>
      </w:r>
    </w:p>
    <w:p>
      <w:r>
        <w:rPr>
          <w:b/>
        </w:rPr>
        <w:t>Câu 4: Đáp án đúng: A</w:t>
      </w:r>
    </w:p>
    <w:p>
      <w:r>
        <w:rPr>
          <w:i/>
        </w:rPr>
        <w:t>Giải thích: Có 'last weekend' chỉ quá khứ, câu hỏi dùng trợ động từ 'did'.</w:t>
      </w:r>
    </w:p>
    <w:p>
      <w:r>
        <w:rPr>
          <w:b/>
        </w:rPr>
        <w:t>Câu 5: Đáp án đúng: C</w:t>
      </w:r>
    </w:p>
    <w:p>
      <w:r>
        <w:rPr>
          <w:i/>
        </w:rPr>
        <w:t>Giải thích: Trước danh từ 'book' cần tính từ sở hữu 'my'.</w:t>
      </w:r>
    </w:p>
    <w:p>
      <w:r>
        <w:rPr>
          <w:b/>
        </w:rPr>
        <w:t>Câu 6: Đáp án đúng: D</w:t>
      </w:r>
    </w:p>
    <w:p>
      <w:r>
        <w:rPr>
          <w:i/>
        </w:rPr>
        <w:t>Giải thích: Chủ ngữ 'We' đi với động từ nguyên mẫu 'go' ở hiện tại đơn.</w:t>
      </w:r>
    </w:p>
    <w:p>
      <w:r>
        <w:rPr>
          <w:b/>
        </w:rPr>
        <w:t>Câu 7: Đáp án đúng: D</w:t>
      </w:r>
    </w:p>
    <w:p>
      <w:r>
        <w:rPr>
          <w:i/>
        </w:rPr>
        <w:t>Giải thích: Từ trái nghĩa với 'expensive' (đắt) là 'cheap' (rẻ).</w:t>
      </w:r>
    </w:p>
    <w:p>
      <w:r>
        <w:rPr>
          <w:b/>
        </w:rPr>
        <w:t>Câu 8: Đáp án đúng: A</w:t>
      </w:r>
    </w:p>
    <w:p>
      <w:r>
        <w:rPr>
          <w:i/>
        </w:rPr>
        <w:t>Giải thích: 'Sugar' là danh từ không đếm được nên dùng 'how much'.</w:t>
      </w:r>
    </w:p>
    <w:p>
      <w:r>
        <w:rPr>
          <w:b/>
        </w:rPr>
        <w:t>Câu 9: Đáp án đúng: C</w:t>
      </w:r>
    </w:p>
    <w:p>
      <w:r>
        <w:rPr>
          <w:i/>
        </w:rPr>
        <w:t>Giải thích: Hành động đang diễn ra trong quá khứ khi có hành động khác xen vào dùng quá khứ tiếp diễn 'were watching'.</w:t>
      </w:r>
    </w:p>
    <w:p>
      <w:r>
        <w:rPr>
          <w:b/>
        </w:rPr>
        <w:t>Câu 10: Đáp án đúng: D</w:t>
      </w:r>
    </w:p>
    <w:p>
      <w:r>
        <w:rPr>
          <w:i/>
        </w:rPr>
        <w:t>Giải thích: Câu điều kiện loại 1: mệnh đề if dùng hiện tại đơn 'rains'.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